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rPr>
          <w:i w:val="0"/>
          <w:color w:val="5B6B81"/>
          <w:sz w:val="17"/>
        </w:rPr>
        <w:t>Gerado em 2026-10-09 11:18 · PERÍODO: de 01/01/2026 em diante. Linha do tempo do mais recente ao mais antigo. Fontes: GeoCall (execuções, DadosOp, qualidade), carteira diária, WhatsApp e fotos. Telefones e CPF omitidos.</w:t>
      </w:r>
    </w:p>
    <w:p>
      <w:bookmarkStart w:id="101" w:name="sumario"/>
      <w:pPr>
        <w:pStyle w:val="Heading1"/>
        <w:keepNext/>
      </w:pPr>
      <w:r>
        <w:rPr>
          <w:rFonts w:ascii="Arial" w:hAnsi="Arial"/>
          <w:color w:val="0A6338"/>
          <w:sz w:val="26"/>
        </w:rPr>
        <w:t>Sumário</w:t>
      </w:r>
      <w:bookmarkEnd w:id="101"/>
    </w:p>
    <w:p>
      <w:hyperlink w:anchor="parte_A">
        <w:r>
          <w:rPr>
            <w:color w:val="1D5FA8"/>
            <w:u w:val="single"/>
            <w:sz w:val="20"/>
          </w:rPr>
          <w:t xml:space="preserve">Parte A — nº 400 exato</w:t>
        </w:r>
      </w:hyperlink>
    </w:p>
    <w:p>
      <w:pPr>
        <w:spacing w:after="0"/>
        <w:ind w:left="454"/>
      </w:pPr>
      <w:hyperlink w:anchor="os_2639453455">
        <w:r>
          <w:rPr>
            <w:color w:val="1D5FA8"/>
            <w:u w:val="single"/>
            <w:sz w:val="16"/>
          </w:rPr>
          <w:t xml:space="preserve">OS 2639453455 · nº 400 · 01/10/2026 · DESOBSTRUIR RETORNO PARA IMOVEL</w:t>
        </w:r>
      </w:hyperlink>
    </w:p>
    <w:p>
      <w:hyperlink w:anchor="parte_B">
        <w:r>
          <w:rPr>
            <w:color w:val="1D5FA8"/>
            <w:u w:val="single"/>
            <w:sz w:val="20"/>
          </w:rPr>
          <w:t xml:space="preserve">Parte B — aproximados 300 a 500 (sem o 400)</w:t>
        </w:r>
      </w:hyperlink>
    </w:p>
    <w:p>
      <w:pPr>
        <w:spacing w:after="0"/>
        <w:ind w:left="454"/>
      </w:pPr>
      <w:hyperlink w:anchor="os_2631472201">
        <w:r>
          <w:rPr>
            <w:color w:val="1D5FA8"/>
            <w:u w:val="single"/>
            <w:sz w:val="16"/>
          </w:rPr>
          <w:t xml:space="preserve">OS 2631472201 · nº 351 · 04/08/2026 · DESCOBRIR VÁLVULA DE REDE DE ÁGUA</w:t>
        </w:r>
      </w:hyperlink>
    </w:p>
    <w:p>
      <w:pPr>
        <w:spacing w:after="0"/>
        <w:ind w:left="454"/>
      </w:pPr>
      <w:hyperlink w:anchor="os_2695465926">
        <w:r>
          <w:rPr>
            <w:color w:val="1D5FA8"/>
            <w:u w:val="single"/>
            <w:sz w:val="16"/>
          </w:rPr>
          <w:t xml:space="preserve">OS 2695465926 · nº 380 · 09/06/2026 · HIDRÔMETRO INVERTIDO</w:t>
        </w:r>
      </w:hyperlink>
    </w:p>
    <w:p>
      <w:pPr>
        <w:spacing w:after="0"/>
        <w:ind w:left="454"/>
      </w:pPr>
      <w:hyperlink w:anchor="os_2623362272">
        <w:r>
          <w:rPr>
            <w:color w:val="1D5FA8"/>
            <w:u w:val="single"/>
            <w:sz w:val="16"/>
          </w:rPr>
          <w:t xml:space="preserve">OS 2623362272 · nº 380 · 03/06/2026 · HIDRÔMETRO INVERTIDO</w:t>
        </w:r>
      </w:hyperlink>
    </w:p>
    <w:p>
      <w:pPr>
        <w:spacing w:after="0"/>
        <w:ind w:left="454"/>
      </w:pPr>
      <w:hyperlink w:anchor="os_2623362006">
        <w:r>
          <w:rPr>
            <w:color w:val="1D5FA8"/>
            <w:u w:val="single"/>
            <w:sz w:val="16"/>
          </w:rPr>
          <w:t xml:space="preserve">OS 2623362006 · nº 380 · 03/06/2026 · FALTA DE ÁGUA LOCAL</w:t>
        </w:r>
      </w:hyperlink>
    </w:p>
    <w:p>
      <w:pPr>
        <w:spacing w:after="0"/>
        <w:ind w:left="454"/>
      </w:pPr>
      <w:hyperlink w:anchor="os_2623185446">
        <w:r>
          <w:rPr>
            <w:color w:val="1D5FA8"/>
            <w:u w:val="single"/>
            <w:sz w:val="16"/>
          </w:rPr>
          <w:t xml:space="preserve">OS 2623185446 · nº 380 · 02/06/2026 · RELIGAR AGUA MUDANÇA TITULARIDADE</w:t>
        </w:r>
      </w:hyperlink>
    </w:p>
    <w:p>
      <w:pPr>
        <w:spacing w:after="0"/>
        <w:ind w:left="454"/>
      </w:pPr>
      <w:hyperlink w:anchor="os_268361051">
        <w:r>
          <w:rPr>
            <w:color w:val="1D5FA8"/>
            <w:u w:val="single"/>
            <w:sz w:val="16"/>
          </w:rPr>
          <w:t xml:space="preserve">OS 268361051 · nº 340 · 25/02/2026 · SUPRIMIR LIGAÇÃO DE AGUA POR IMOVEL VAGO</w:t>
        </w:r>
      </w:hyperlink>
    </w:p>
    <w:p>
      <w:pPr>
        <w:spacing w:after="0"/>
        <w:ind w:left="454"/>
      </w:pPr>
      <w:hyperlink w:anchor="os_263523817">
        <w:r>
          <w:rPr>
            <w:color w:val="1D5FA8"/>
            <w:u w:val="single"/>
            <w:sz w:val="16"/>
          </w:rPr>
          <w:t xml:space="preserve">OS 263523817 · nº 351 · 26/01/2026 · NIVELAR POÇO DE INSPEÇÃO/VISITA</w:t>
        </w:r>
      </w:hyperlink>
    </w:p>
    <w:p>
      <w:pPr>
        <w:spacing w:after="0"/>
        <w:ind w:left="454"/>
      </w:pPr>
      <w:hyperlink w:anchor="os_261691155">
        <w:r>
          <w:rPr>
            <w:color w:val="1D5FA8"/>
            <w:u w:val="single"/>
            <w:sz w:val="16"/>
          </w:rPr>
          <w:t xml:space="preserve">OS 261691155 · nº 450 · 14/01/2026 · REPOR CONCRETO</w:t>
        </w:r>
      </w:hyperlink>
    </w:p>
    <w:p>
      <w:pPr>
        <w:spacing w:after="0"/>
        <w:ind w:left="454"/>
      </w:pPr>
      <w:hyperlink w:anchor="os_2681226830">
        <w:r>
          <w:rPr>
            <w:color w:val="1D5FA8"/>
            <w:u w:val="single"/>
            <w:sz w:val="16"/>
          </w:rPr>
          <w:t xml:space="preserve">OS 2681226830 · nº 450 · 13/01/2026 · DESOBSTRUIR RAMAL DE ESGOTO</w:t>
        </w:r>
      </w:hyperlink>
    </w:p>
    <w:p>
      <w:pPr>
        <w:spacing w:after="0"/>
        <w:ind w:left="454"/>
      </w:pPr>
      <w:hyperlink w:anchor="os_2681226171">
        <w:r>
          <w:rPr>
            <w:color w:val="1D5FA8"/>
            <w:u w:val="single"/>
            <w:sz w:val="16"/>
          </w:rPr>
          <w:t xml:space="preserve">OS 2681226171 · nº 450 · 13/01/2026 · TROCAR RAMAL DE ÁGUA</w:t>
        </w:r>
      </w:hyperlink>
    </w:p>
    <w:p>
      <w:hyperlink w:anchor="parte_SN">
        <w:r>
          <w:rPr>
            <w:color w:val="1D5FA8"/>
            <w:u w:val="single"/>
            <w:sz w:val="20"/>
          </w:rPr>
          <w:t xml:space="preserve">Anexo — rua citada sem número</w:t>
        </w:r>
      </w:hyperlink>
    </w:p>
    <w:p>
      <w:pPr>
        <w:spacing w:after="0"/>
        <w:ind w:left="454"/>
      </w:pPr>
      <w:hyperlink w:anchor="os_2639483271">
        <w:r>
          <w:rPr>
            <w:color w:val="1D5FA8"/>
            <w:u w:val="single"/>
            <w:sz w:val="16"/>
          </w:rPr>
          <w:t xml:space="preserve">OS 2639483271 · nº — · 02/10/2026 · NIVELAR POÇO DE INSPEÇÃO/VISITA</w:t>
        </w:r>
      </w:hyperlink>
    </w:p>
    <w:p>
      <w:pPr>
        <w:spacing w:after="0"/>
        <w:ind w:left="454"/>
      </w:pPr>
      <w:hyperlink w:anchor="os_264068965">
        <w:r>
          <w:rPr>
            <w:color w:val="1D5FA8"/>
            <w:u w:val="single"/>
            <w:sz w:val="16"/>
          </w:rPr>
          <w:t xml:space="preserve">OS 264068965 · nº — · 28/01/2026 · TROCAR VÁLVULA DE REDE DE ÁGUA</w:t>
        </w:r>
      </w:hyperlink>
    </w:p>
    <w:p>
      <w:r>
        <w:br w:type="page"/>
      </w:r>
    </w:p>
    <w:p>
      <w:bookmarkStart w:id="102" w:name="parte_A"/>
      <w:pPr>
        <w:pStyle w:val="Heading1"/>
        <w:keepNext/>
      </w:pPr>
      <w:r>
        <w:rPr>
          <w:rFonts w:ascii="Arial" w:hAnsi="Arial"/>
          <w:color w:val="0A6338"/>
          <w:sz w:val="26"/>
        </w:rPr>
        <w:t>Parte A — nº 400 exato</w:t>
      </w:r>
      <w:bookmarkEnd w:id="102"/>
    </w:p>
    <w:p>
      <w:pPr>
        <w:pStyle w:val="Heading2"/>
        <w:keepNext/>
      </w:pPr>
      <w:r>
        <w:rPr>
          <w:rFonts w:ascii="Arial" w:hAnsi="Arial"/>
          <w:color w:val="0A6338"/>
          <w:sz w:val="21"/>
        </w:rPr>
        <w:t>Análise — nº 400 exato (2026)</w:t>
      </w:r>
    </w:p>
    <w:p>
      <w:pPr>
        <w:jc w:val="both"/>
      </w:pPr>
      <w:r>
        <w:rPr>
          <w:b/>
          <w:i w:val="0"/>
          <w:sz w:val="19"/>
        </w:rPr>
        <w:t>Em 2026, o nº 400 tem 1 OS no GeoCall (2639453455, desobstrução com retorno para o imóvel, de 01 a 02/10) e o serviço de PIPE/CIPP de 07 a 09/10, que até hoje só aparece no WhatsApp. Antes de outubro não há registro do 400 em 2026.</w:t>
      </w:r>
    </w:p>
    <w:p>
      <w:pPr>
        <w:jc w:val="both"/>
      </w:pPr>
      <w:r>
        <w:rPr>
          <w:b/>
          <w:color w:val="15803D"/>
          <w:sz w:val="17"/>
        </w:rPr>
        <w:t xml:space="preserve">[ACERTO] </w:t>
      </w:r>
      <w:r>
        <w:rPr>
          <w:sz w:val="19"/>
        </w:rPr>
        <w:t>A Sabesp pediu no WhatsApp (João Carlos, 01/10 18:51) e a OS 2639453455 foi aberta 3 minutos depois. Às 21:19 a Isabela registrou a chegada ao local com foto, e a DC 5 (Igor) desobstruiu o PV montante em 02/10, das 00:39 às 01:12. O GeoCall e o WhatsApp contam a mesma história: 8 fotos do GeoCall e 7 do WhatsApp do mesmo atendimento.</w:t>
      </w:r>
    </w:p>
    <w:p>
      <w:pPr>
        <w:jc w:val="both"/>
      </w:pPr>
      <w:r>
        <w:rPr>
          <w:b/>
          <w:color w:val="B42318"/>
          <w:sz w:val="17"/>
        </w:rPr>
        <w:t xml:space="preserve">[FALHA] </w:t>
      </w:r>
      <w:r>
        <w:rPr>
          <w:sz w:val="19"/>
        </w:rPr>
        <w:t>A baixa EXECUTADO de 02/10 saiu com duas pendências escritas pela própria equipe: é preciso TV para confirmar que cessou, e não conseguiram acessar o imóvel. Cinco dias depois o problema exigiu PIPE/CIPP.</w:t>
      </w:r>
    </w:p>
    <w:p>
      <w:pPr>
        <w:jc w:val="both"/>
      </w:pPr>
      <w:r>
        <w:rPr>
          <w:b/>
          <w:color w:val="C2410C"/>
          <w:sz w:val="17"/>
        </w:rPr>
        <w:t xml:space="preserve">[ALERTA] </w:t>
      </w:r>
      <w:r>
        <w:rPr>
          <w:sz w:val="19"/>
        </w:rPr>
        <w:t>O PIPE/CIPP (João Rossi, 08/10 03:56) encontrou sedimento compactado obstruindo a tubulação, removido com hidrojateamento, e fez 3 reparos pontuais em juntas com deslocamento grave. É defeito estrutural da rede, não só obstrução.</w:t>
      </w:r>
    </w:p>
    <w:p>
      <w:pPr>
        <w:jc w:val="both"/>
      </w:pPr>
      <w:r>
        <w:rPr>
          <w:b/>
          <w:color w:val="B42318"/>
          <w:sz w:val="17"/>
        </w:rPr>
        <w:t xml:space="preserve">[FALHA] </w:t>
      </w:r>
      <w:r>
        <w:rPr>
          <w:sz w:val="19"/>
        </w:rPr>
        <w:t>O CIPP de 07–08/10 e as equipes de apoio (RXJ, Alexandre/Marco, em 07/10; TPI, Ed/Jakson, em 08/10) não têm OS no GeoCall neste endereço até 09/10. O registro existe só no WhatsApp, e a medição e a diária correm risco.</w:t>
      </w:r>
    </w:p>
    <w:p>
      <w:pPr>
        <w:jc w:val="both"/>
      </w:pPr>
      <w:r>
        <w:rPr>
          <w:b/>
          <w:color w:val="A15C00"/>
          <w:sz w:val="17"/>
        </w:rPr>
        <w:t xml:space="preserve">[ATENCAO] </w:t>
      </w:r>
      <w:r>
        <w:rPr>
          <w:sz w:val="19"/>
        </w:rPr>
        <w:t>Em set/2026 foram feitas 2 ligações de esgoto pela Homem de Melo 436 (OS 2633412571, cadastrada na Monte Alegre 711, baixada em 26/09), uma delas a 4 m de profundidade. Isso foi 5 dias antes da volta do problema no 400. É hipótese para a TV conferir, não conclusão.</w:t>
      </w:r>
    </w:p>
    <w:p>
      <w:pPr>
        <w:jc w:val="both"/>
      </w:pPr>
      <w:r>
        <w:rPr>
          <w:b/>
          <w:color w:val="1D5FA8"/>
          <w:sz w:val="17"/>
        </w:rPr>
        <w:t xml:space="preserve">[INFO] </w:t>
      </w:r>
      <w:r>
        <w:rPr>
          <w:sz w:val="19"/>
        </w:rPr>
        <w:t>Contexto fora do recorte: em 2025 o 400 teve 11 OS (jul–set/2025), 4 delas cadastradas na esquina Monte Alegre 711, terminando em 2 consertos MND em 29/08/2025. É reincidência após 13 meses. O dossiê completo 2025–2026 está guardado à parte.</w:t>
      </w:r>
    </w:p>
    <w:p>
      <w:pPr>
        <w:pStyle w:val="Heading2"/>
        <w:keepNext/>
      </w:pPr>
      <w:r>
        <w:rPr>
          <w:rFonts w:ascii="Arial" w:hAnsi="Arial"/>
          <w:color w:val="0A6338"/>
          <w:sz w:val="21"/>
        </w:rPr>
        <w:t>Recomendações</w:t>
      </w:r>
    </w:p>
    <w:p>
      <w:pPr>
        <w:jc w:val="both"/>
      </w:pPr>
      <w:r>
        <w:rPr>
          <w:i w:val="0"/>
          <w:sz w:val="19"/>
        </w:rPr>
        <w:t>1. Abrir ou localizar a OS do CIPP de 07–08/10 e das equipes de apoio, para não perder a medição.</w:t>
      </w:r>
    </w:p>
    <w:p>
      <w:pPr>
        <w:jc w:val="both"/>
      </w:pPr>
      <w:r>
        <w:rPr>
          <w:i w:val="0"/>
          <w:sz w:val="19"/>
        </w:rPr>
        <w:t>2. Fazer TV pós-reparo com laudo, como a DC 5 pediu em 02/10, cobrindo do 400 às ligações do 436.</w:t>
      </w:r>
    </w:p>
    <w:p>
      <w:pPr>
        <w:jc w:val="both"/>
      </w:pPr>
      <w:r>
        <w:rPr>
          <w:i w:val="0"/>
          <w:sz w:val="19"/>
        </w:rPr>
        <w:t>3. Agendar acesso ao imóvel (não houve em 02/10) para checar o retorno.</w:t>
      </w:r>
    </w:p>
    <w:p>
      <w:pPr>
        <w:jc w:val="both"/>
      </w:pPr>
      <w:r>
        <w:rPr>
          <w:i w:val="0"/>
          <w:sz w:val="19"/>
        </w:rPr>
        <w:t>4. Pôr o trecho em lavagem preventiva periódica: houve obstrução por sedimento compactado.</w:t>
      </w:r>
    </w:p>
    <w:p>
      <w:pPr>
        <w:pStyle w:val="Heading2"/>
        <w:keepNext/>
      </w:pPr>
      <w:r>
        <w:rPr>
          <w:rFonts w:ascii="Arial" w:hAnsi="Arial"/>
          <w:color w:val="0A6338"/>
          <w:sz w:val="21"/>
        </w:rPr>
        <w:t>OS no GeoCall (1)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blHeader w:val="true"/>
        </w:trPr>
        <w:tc>
          <w:tcPr>
            <w:tcW w:type="dxa" w:w="1269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OS</w:t>
            </w:r>
          </w:p>
        </w:tc>
        <w:tc>
          <w:tcPr>
            <w:tcW w:type="dxa" w:w="552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Nº</w:t>
            </w:r>
          </w:p>
        </w:tc>
        <w:tc>
          <w:tcPr>
            <w:tcW w:type="dxa" w:w="1048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ABERTURA</w:t>
            </w:r>
          </w:p>
        </w:tc>
        <w:tc>
          <w:tcPr>
            <w:tcW w:type="dxa" w:w="1048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FIM</w:t>
            </w:r>
          </w:p>
        </w:tc>
        <w:tc>
          <w:tcPr>
            <w:tcW w:type="dxa" w:w="231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SERVIÇO</w:t>
            </w:r>
          </w:p>
        </w:tc>
        <w:tc>
          <w:tcPr>
            <w:tcW w:type="dxa" w:w="231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RESULTADO</w:t>
            </w:r>
          </w:p>
        </w:tc>
        <w:tc>
          <w:tcPr>
            <w:tcW w:type="dxa" w:w="1655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OBS.</w:t>
            </w:r>
          </w:p>
        </w:tc>
      </w:tr>
      <w:tr>
        <w:trPr>
          <w:cantSplit w:val="true"/>
        </w:trPr>
        <w:tc>
          <w:tcPr>
            <w:tcW w:type="dxa" w:w="1269"/>
          </w:tcPr>
          <w:p>
            <w:r>
              <w:rPr>
                <w:sz w:val="15"/>
              </w:rPr>
              <w:t>2639453455</w:t>
            </w:r>
          </w:p>
        </w:tc>
        <w:tc>
          <w:tcPr>
            <w:tcW w:type="dxa" w:w="552"/>
          </w:tcPr>
          <w:p>
            <w:r>
              <w:rPr>
                <w:sz w:val="15"/>
              </w:rPr>
              <w:t>400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01/10/2026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02/10/2026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DESOBSTRUIR RETORNO PARA IMOVEL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DESOBSTRUIDA REDE DE ESGOTO</w:t>
            </w:r>
          </w:p>
        </w:tc>
        <w:tc>
          <w:tcPr>
            <w:tcW w:type="dxa" w:w="1655"/>
          </w:tcPr>
          <w:p>
            <w:r>
              <w:rPr>
                <w:sz w:val="15"/>
              </w:rPr>
              <w:t>—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A6338"/>
          <w:sz w:val="21"/>
        </w:rPr>
        <w:t>Linha do tempo por dia — GeoCall + WhatsApp + carteira + fotos juntos (5 dias)</w:t>
      </w:r>
    </w:p>
    <w:p>
      <w:r>
        <w:rPr>
          <w:b/>
          <w:color w:val="1F8A4C"/>
          <w:sz w:val="15"/>
        </w:rPr>
        <w:t xml:space="preserve">  GeoCall · executada  </w:t>
      </w:r>
      <w:r>
        <w:rPr>
          <w:b/>
          <w:color w:val="C0392B"/>
          <w:sz w:val="15"/>
        </w:rPr>
        <w:t xml:space="preserve">  GeoCall · não executada  </w:t>
      </w:r>
      <w:r>
        <w:rPr>
          <w:b/>
          <w:color w:val="7CC49A"/>
          <w:sz w:val="15"/>
        </w:rPr>
        <w:t xml:space="preserve">  GeoCall · abertura  </w:t>
      </w:r>
      <w:r>
        <w:rPr>
          <w:b/>
          <w:color w:val="1D5FA8"/>
          <w:sz w:val="15"/>
        </w:rPr>
        <w:t xml:space="preserve">  WhatsApp  </w:t>
      </w:r>
      <w:r>
        <w:rPr>
          <w:b/>
          <w:color w:val="5B7BA6"/>
          <w:sz w:val="15"/>
        </w:rPr>
        <w:t xml:space="preserve">  Carteira  </w:t>
      </w:r>
      <w:r>
        <w:rPr>
          <w:b/>
          <w:color w:val="1F8A4C"/>
          <w:sz w:val="15"/>
        </w:rPr>
        <w:t xml:space="preserve">  ■ foto GeoCall  </w:t>
      </w:r>
      <w:r>
        <w:rPr>
          <w:b/>
          <w:color w:val="1D5FA8"/>
          <w:sz w:val="15"/>
        </w:rPr>
        <w:t xml:space="preserve">  ■ foto WhatsApp  </w:t>
      </w:r>
    </w:p>
    <w:p>
      <w:pPr>
        <w:pStyle w:val="Heading3"/>
        <w:keepNext/>
      </w:pPr>
      <w:r>
        <w:rPr>
          <w:rFonts w:ascii="Arial" w:hAnsi="Arial"/>
          <w:color w:val="0A6338"/>
          <w:sz w:val="21"/>
        </w:rPr>
        <w:t>09/10/2026 — sexta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05:22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Guilherme jose Delgado · nº 400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400)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BOM DIA SEGUE  RESUMO DE ATIVIDADES NOTURNA (08/10/26)</w:t>
              <w:br/>
              <w:t>______</w:t>
              <w:br/>
              <w:t>EQUIPE FELIPE PAULO GUSTAVO E GUILHERME F /  CAMINHÃO (UBO)</w:t>
              <w:br/>
              <w:t>______</w:t>
              <w:br/>
              <w:t xml:space="preserve"> A EQUIPE REALIZOU</w:t>
              <w:br/>
              <w:t>7) SERVIÇOS EM CARTEIRA /</w:t>
              <w:br/>
              <w:t>______</w:t>
              <w:br/>
              <w:br/>
              <w:t>EQUIPE ALEXANDRE MARCO E JOÃO VITOR/  CAMINHÃO (RXJ)</w:t>
              <w:br/>
              <w:t>______</w:t>
              <w:br/>
              <w:t xml:space="preserve">  FOI EXECUTADO  (419,06MTS) EM LAVAGEM PREVENTIVA</w:t>
              <w:br/>
              <w:t>______</w:t>
              <w:br/>
              <w:t>EQUIPE RICARDO GUILHERME E RAFAEL/ CAMINHÃO (UBH)</w:t>
              <w:br/>
              <w:t>______</w:t>
              <w:br/>
              <w:br/>
              <w:t>FOI EXECUTADO</w:t>
              <w:br/>
              <w:t>(298,04MTS) EM LAVAGEM PREVENTIVA / + 2 dois serviços em carteira</w:t>
              <w:br/>
              <w:br/>
              <w:t>______</w:t>
              <w:br/>
              <w:t>EQUIPE ED E JAKSON/ CAMINHÃO (TPI)</w:t>
              <w:br/>
              <w:t>______</w:t>
              <w:br/>
              <w:t xml:space="preserve"> EM APOIO A EQUIPE DO PIPE</w:t>
              <w:br/>
              <w:br/>
              <w:t xml:space="preserve"> 1°-Rua Doutor Homem de Melo 400</w:t>
              <w:br/>
              <w:br/>
              <w:t xml:space="preserve"> 2°-Rua Franz Schubert,  180</w:t>
              <w:br/>
              <w:br/>
              <w:t>______</w:t>
            </w:r>
          </w:p>
        </w:tc>
      </w:tr>
    </w:tbl>
    <w:p>
      <w:pPr>
        <w:jc w:val="both"/>
      </w:pPr>
      <w:r>
        <w:rPr>
          <w:i/>
          <w:sz w:val="17"/>
        </w:rPr>
        <w:t>Análise do dia: O resumo da noite do Guilherme confirma a 2ª noite de apoio ao PIPE no 400 (equipe Ed/Jakson, TPI). Não há OS do GeoCall nem foto da equipe de apoio neste dia: a prova está só no WhatsApp.</w:t>
      </w:r>
    </w:p>
    <w:p>
      <w:pPr>
        <w:pStyle w:val="Heading3"/>
        <w:keepNext/>
      </w:pPr>
      <w:r>
        <w:rPr>
          <w:rFonts w:ascii="Arial" w:hAnsi="Arial"/>
          <w:color w:val="0A6338"/>
          <w:sz w:val="21"/>
        </w:rPr>
        <w:t>08/10/2026 — quinta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03:56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BASE FORTE - PIPE/CIPP · João Rossi · nº 400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400)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Doutor Homem de Melo, 400</w:t>
              <w:br/>
              <w:br/>
              <w:t>Durante a inspeção, foi identificada acumulação de material sedimentado e resíduos compactados no interior da tubulação, formando uma obstrução localizada. O material foi removido com o apoio do hidrojateamento, permitindo a continuidade da inspeção.</w:t>
              <w:br/>
              <w:br/>
              <w:t>Na sequência, foram executados 3 reparos pontuais, destinados à correção de deslocamentos graves nas juntas da tubulação.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1 foto(s) na grade do dia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23:08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Guilherme jose Delgado · nº 400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400)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[trecho da mensagem]</w:t>
              <w:br/>
              <w:t>EQUIPE ED E JAKSON/ CAMINHÃO (TPI)</w:t>
              <w:br/>
              <w:t>APOIO A EQUIPE (PIPE)</w:t>
              <w:br/>
              <w:br/>
              <w:t xml:space="preserve"> 1-Rua Doutor Homem de Melo 400</w:t>
              <w:br/>
              <w:br/>
              <w:t xml:space="preserve"> 2-Rua Franz Schubert,  180</w:t>
              <w:br/>
              <w:br/>
              <w:t>______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(1)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15702a7a2fdb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03:56 · João Rossi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jc w:val="both"/>
      </w:pPr>
      <w:r>
        <w:rPr>
          <w:i/>
          <w:sz w:val="17"/>
        </w:rPr>
        <w:t>Análise do dia: O PIPE/CIPP (João Rossi, 03:56) relata e fotografa obstrução por sedimento compactado, removida com hidrojateamento, e 3 reparos pontuais em juntas com deslocamento grave. O GeoCall não tem OS deste serviço no 400: falta registrar para medir. À noite, o roteiro do Guilherme põe de novo a equipe TPI em apoio ao PIPE no 400.</w:t>
      </w:r>
    </w:p>
    <w:p>
      <w:pPr>
        <w:pStyle w:val="Heading3"/>
        <w:keepNext/>
      </w:pPr>
      <w:r>
        <w:rPr>
          <w:rFonts w:ascii="Arial" w:hAnsi="Arial"/>
          <w:color w:val="0A6338"/>
          <w:sz w:val="21"/>
        </w:rPr>
        <w:t>07/10/2026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22:26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Guilherme jose Delgado · nº 400 · OS 2640300258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400)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[trecho da mensagem]</w:t>
              <w:br/>
              <w:t>EQUIPE ALEXANDRE  E MARCO/CAMINHÃO RXJ)</w:t>
              <w:br/>
              <w:t>APOIO A EQUIPE PIPE)</w:t>
              <w:br/>
              <w:br/>
              <w:t>Para hoje:</w:t>
              <w:br/>
              <w:br/>
              <w:t xml:space="preserve"> 1° Rua Doutor Homem de Melo, 400</w:t>
              <w:br/>
              <w:br/>
              <w:t xml:space="preserve"> 2° Rua Luminárias, 101</w:t>
            </w:r>
          </w:p>
        </w:tc>
      </w:tr>
    </w:tbl>
    <w:p>
      <w:pPr>
        <w:jc w:val="both"/>
      </w:pPr>
      <w:r>
        <w:rPr>
          <w:i/>
          <w:sz w:val="17"/>
        </w:rPr>
        <w:t>Análise do dia: O roteiro da noite (Guilherme, 22:26) manda a equipe Alexandre/Marco (RXJ) em apoio ao PIPE, com o 400 como 1º endereço. Só há WhatsApp: o GeoCall não tem OS, e não há foto deste dia no 400.</w:t>
      </w:r>
    </w:p>
    <w:p>
      <w:pPr>
        <w:pStyle w:val="Heading3"/>
        <w:keepNext/>
      </w:pPr>
      <w:r>
        <w:rPr>
          <w:rFonts w:ascii="Arial" w:hAnsi="Arial"/>
          <w:color w:val="0A6338"/>
          <w:sz w:val="21"/>
        </w:rPr>
        <w:t>02/10/2026 — sexta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01:12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EQUIPE DC 5 - IGOR PAULO · nº 400 · OS 2639453455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DESOBSTRUIR RETORNO PARA IMOVEL → DESOBSTRUIDA REDE DE ESGOTO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Foi realizado DC do PV montante, o mesmo descarregou.</w:t>
              <w:br/>
              <w:t>Necessário tome para verificar se cessou vazamento.</w:t>
              <w:br/>
              <w:t>Não conseguimos acessar o imóvel.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02/10/2026 00:39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8 foto(s) na grade do dia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01:18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Guilherme jose Delgado · nº 400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(cita nº 400)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doutor homem de Melo 400.</w:t>
              <w:br/>
              <w:br/>
              <w:t>Foi realizado DC do PV montante, o mesmo descarregou.</w:t>
              <w:br/>
              <w:t>Necessário tome para verificar se cessou vazamento.</w:t>
              <w:br/>
              <w:t>Não conseguimos acessar o imóvel.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7 foto(s) na grade do dia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(15)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53455_DESOBSTRUIDA_REDE_DE_ESGOTO_geocall_0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53455_DESOBSTRUIDA_REDE_DE_ESGOTO_geocall_02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53455_DESOBSTRUIDA_REDE_DE_ESGOTO_geocall_03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53455_DESOBSTRUIDA_REDE_DE_ESGOTO_geocall_04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01:12 · EQUIPE DC 5 - IGOR PAULO · OS 2639453455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01:12 · EQUIPE DC 5 - IGOR PAULO · OS 2639453455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01:12 · EQUIPE DC 5 - IGOR PAULO · OS 2639453455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01:12 · EQUIPE DC 5 - IGOR PAULO · OS 2639453455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53455_DESOBSTRUIDA_REDE_DE_ESGOTO_geocall_05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53455_DESOBSTRUIDA_REDE_DE_ESGOTO_geocall_06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53455_DESOBSTRUIDA_REDE_DE_ESGOTO_geocall_07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53455_DESOBSTRUIDA_REDE_DE_ESGOTO_geocall_08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01:12 · EQUIPE DC 5 - IGOR PAULO · OS 2639453455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01:12 · EQUIPE DC 5 - IGOR PAULO · OS 2639453455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01:12 · EQUIPE DC 5 - IGOR PAULO · OS 2639453455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01:12 · EQUIPE DC 5 - IGOR PAULO · OS 2639453455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f55f21ca2e8c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cef8abb1418d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062eba5cde40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15254d0cc1fb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01:18 · Guilherme jose Delgado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01:18 · Guilherme jose Delgado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01:18 · Guilherme jose Delgado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01:18 · Guilherme jose Delgado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42509b4ccb51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ac47d54a9e2f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eb80b1d5d19d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01:18 · Guilherme jose Delgado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01:18 · Guilherme jose Delgado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01:18 · Guilherme jose Delgado</w:t>
            </w:r>
          </w:p>
        </w:tc>
        <w:tc>
          <w:tcPr>
            <w:tcW w:type="dxa" w:w="2551"/>
          </w:tcPr>
          <w:p/>
        </w:tc>
      </w:tr>
    </w:tbl>
    <w:p>
      <w:pPr>
        <w:jc w:val="both"/>
      </w:pPr>
      <w:r>
        <w:rPr>
          <w:i/>
          <w:sz w:val="17"/>
        </w:rPr>
        <w:t>Análise do dia: Mesmo fato nas duas fontes. O GeoCall (DC 5 Igor, das 00:39 às 01:12) diz que o PV montante foi desobstruído, que é preciso TV e que não conseguiram acessar o imóvel. 6 minutos depois o Guilherme posta o mesmo texto no WhatsApp com 7 fotos. As 8 fotos do GeoCall e as 7 do WhatsApp mostram o PV e o caminhão em operação noturna e se confirmam. Ponto fraco: a baixa EXECUTADO saiu sem TV e sem acesso ao imóvel, e o problema voltou em 07–08/10.</w:t>
      </w:r>
    </w:p>
    <w:p>
      <w:pPr>
        <w:pStyle w:val="Heading3"/>
        <w:keepNext/>
      </w:pPr>
      <w:r>
        <w:rPr>
          <w:rFonts w:ascii="Arial" w:hAnsi="Arial"/>
          <w:color w:val="0A6338"/>
          <w:sz w:val="21"/>
        </w:rPr>
        <w:t>01/10/2026 — quinta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18:51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REPASSE JARDINS · João Carlos · nº 400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400)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Dr Homem de Melo 400 ,abrir OS de desobstrução de esgoto .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18:54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REPASSE JARDINS · Programação Sabesp · OS 2639453455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(ligada à OS 2639453455)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2639453455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18:54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03" w:name="os_2639453455"/>
            <w:bookmarkEnd w:id="103"/>
            <w:r>
              <w:rPr>
                <w:color w:val="5B6B81"/>
                <w:sz w:val="15"/>
              </w:rPr>
              <w:t>Solicitante: JOAO CARLOS MARTINS · Iniciativa Administrativa · nº 400 · OS 2639453455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2639453455 aberta — DESOBSTRUIR RETORNO PARA IMOVEL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,OBS : COM RETORNO PARA O IMÓVEL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20:49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Guilherme jose Delgado · nº 400 · OS 2634760990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400)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[trecho da mensagem]</w:t>
              <w:br/>
              <w:t>EQUIPE IGOR GUILHERME E ECR GUILHERME/ CAMINHÃO (UBH)</w:t>
              <w:br/>
              <w:t>1-RUA PROFESSOR ATÍLIO INOCENTE N°165</w:t>
              <w:br/>
              <w:br/>
              <w:t>1-Rua Cincinato Braga, 577, Bela Vista, São Paulo - SP, 01333-011 VERIFICAR REDE; SE ESTIVER OK, REPROGRAMAR</w:t>
              <w:br/>
              <w:br/>
              <w:t>2-Rua dos Otonis, 438, Vila Clementino, São Paulo - SP, 04025-001 DC CONFIRMADA</w:t>
              <w:br/>
              <w:br/>
              <w:t>3-Rua Dom Henrique, 123, Jardim Luzitânia, São Paulo - SP, 04032-120 VERIFICAR REDE; SE ESTIVER OK, REPROGRAMAR</w:t>
              <w:br/>
              <w:br/>
              <w:t>4-Avenida Brigadeiro Luís Antônio, 2589, Bela Vista, São Paulo - SP, 01401-000 VERIFICAR REDE; SE ESTIVER OK, REPROGRAMAR</w:t>
              <w:br/>
              <w:br/>
              <w:t>5-Rua das Glicínias, 285, Mirandópolis, São Paulo - SP, 04048-050 VERIFICAR REDE; SE ESTIVER OK, REPROGRAMAR</w:t>
              <w:br/>
              <w:br/>
              <w:t>6-Rua Marechal Bitencourt, 661, Jardim Paulista, São Paulo - SP, 01432-020 VERIFICAR REDE; SE ESTIVER OK, REPROGRAMAR</w:t>
              <w:br/>
              <w:br/>
              <w:t>7-Rua Fidêncio Ramos, 223, Vila Olímpia, São Paulo - SP, 04551-010 VERIFICAR REDE; SE ESTIVER OK, REPROGRAMAR</w:t>
              <w:br/>
              <w:br/>
              <w:t>8-Rua Caravelas, 530, Vila Mariana, São Paulo - SP, 04012-060 VERIFICAR REDE; SE ESTIVER OK, REPROGRAMAR</w:t>
              <w:br/>
              <w:br/>
              <w:t>9-Rua Monte Alegre, 711, Perdizes, São Paulo - SP, 05014-000 VERIFICAR REDE; SE ESTIVER OK, REPROGRAMAR</w:t>
              <w:br/>
              <w:br/>
              <w:t>10-Avenida Doutor Dante Pazzanese, 295, Vila Mariana, São Paulo - SP, 04012-180 VERIFICAR REDE; SE ESTIVER OK, REPROGRAMAR</w:t>
              <w:br/>
              <w:br/>
              <w:t>11-Rua Doutor Homem de Melo, 400, Perdizes, São Paulo - SP, 05007-010 VERIFICAR REDE; SE ESTIVER OK, REPROGRAMAR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21:19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Isabela Góes · nº 400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(cita nº 400)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doutor homem de melo 400</w:t>
              <w:br/>
              <w:t>Chegada ao local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1 foto(s) na grade do dia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(1)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440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c01c6e5539e9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21:19 · Isabela Góes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jc w:val="both"/>
      </w:pPr>
      <w:r>
        <w:rPr>
          <w:i/>
          <w:sz w:val="17"/>
        </w:rPr>
        <w:t>Análise do dia: A Sabesp pede no WhatsApp (João Carlos, 18:51) e 3 minutos depois a OS 2639453455 nasce no GeoCall: o pedido e a OS batem. Às 20:49 o 400 entra como 11º e último item do roteiro da DC ("verificar rede"). Às 21:19 a Isabela registra a chegada ao local com foto.</w:t>
      </w:r>
    </w:p>
    <w:p>
      <w:hyperlink w:anchor="sumario">
        <w:r>
          <w:rPr>
            <w:color w:val="1D5FA8"/>
            <w:u w:val="single"/>
            <w:sz w:val="16"/>
          </w:rPr>
          <w:t xml:space="preserve">↑ voltar ao sumário</w:t>
        </w:r>
      </w:hyperlink>
    </w:p>
    <w:p>
      <w:r>
        <w:br w:type="page"/>
      </w:r>
    </w:p>
    <w:p>
      <w:bookmarkStart w:id="104" w:name="parte_B"/>
      <w:pPr>
        <w:pStyle w:val="Heading1"/>
        <w:keepNext/>
      </w:pPr>
      <w:r>
        <w:rPr>
          <w:rFonts w:ascii="Arial" w:hAnsi="Arial"/>
          <w:color w:val="0A6338"/>
          <w:sz w:val="26"/>
        </w:rPr>
        <w:t>Parte B — aproximados 300 a 500 (sem o 400)</w:t>
      </w:r>
      <w:bookmarkEnd w:id="104"/>
    </w:p>
    <w:p>
      <w:pPr>
        <w:pStyle w:val="Heading2"/>
        <w:keepNext/>
      </w:pPr>
      <w:r>
        <w:rPr>
          <w:rFonts w:ascii="Arial" w:hAnsi="Arial"/>
          <w:color w:val="0A6338"/>
          <w:sz w:val="21"/>
        </w:rPr>
        <w:t>Análise — números aproximados (300 a 500, sem o 400) — 2026</w:t>
      </w:r>
    </w:p>
    <w:p>
      <w:pPr>
        <w:jc w:val="both"/>
      </w:pPr>
      <w:r>
        <w:rPr>
          <w:b/>
          <w:i w:val="0"/>
          <w:sz w:val="19"/>
        </w:rPr>
        <w:t>Em 2026 a faixa tem 10 OS no GeoCall (nºs 340, 351, 380 e 450) e citações no WhatsApp dos nºs 349, 412, 436 e 494. A maior parte é de água (cavalete/hidrômetro); o esgoto aparece no 450 (jan) e nas ligações do 436 (set).</w:t>
      </w:r>
    </w:p>
    <w:p>
      <w:pPr>
        <w:jc w:val="both"/>
      </w:pPr>
      <w:r>
        <w:rPr>
          <w:b/>
          <w:color w:val="1D5FA8"/>
          <w:sz w:val="17"/>
        </w:rPr>
        <w:t xml:space="preserve">[INFO] </w:t>
      </w:r>
      <w:r>
        <w:rPr>
          <w:sz w:val="19"/>
        </w:rPr>
        <w:t>Nº 450, jan/2026: a desobstrução de ramal de esgoto (DD) de 13/01 achou vazamento de água limpa no cavalete. Gerou troca de ramal de água, preservação de interferência e reposição de concreto em 14/01.</w:t>
      </w:r>
    </w:p>
    <w:p>
      <w:pPr>
        <w:jc w:val="both"/>
      </w:pPr>
      <w:r>
        <w:rPr>
          <w:b/>
          <w:color w:val="1D5FA8"/>
          <w:sz w:val="17"/>
        </w:rPr>
        <w:t xml:space="preserve">[INFO] </w:t>
      </w:r>
      <w:r>
        <w:rPr>
          <w:sz w:val="19"/>
        </w:rPr>
        <w:t>Nº 351: PV nivelado com recomposição de asfalto em jan–fev/2026 (OS 263523817, equipes Altino/Vinícius) e válvula de rede descoberta mais reposição de passeio em 05/08/2026 (Nivelamento T5 – Marcelo).</w:t>
      </w:r>
    </w:p>
    <w:p>
      <w:pPr>
        <w:jc w:val="both"/>
      </w:pPr>
      <w:r>
        <w:rPr>
          <w:b/>
          <w:color w:val="1D5FA8"/>
          <w:sz w:val="17"/>
        </w:rPr>
        <w:t xml:space="preserve">[INFO] </w:t>
      </w:r>
      <w:r>
        <w:rPr>
          <w:sz w:val="19"/>
        </w:rPr>
        <w:t>Nº 340: supressão de ligação de água por imóvel vago (25/02/2026).</w:t>
      </w:r>
    </w:p>
    <w:p>
      <w:pPr>
        <w:jc w:val="both"/>
      </w:pPr>
      <w:r>
        <w:rPr>
          <w:b/>
          <w:color w:val="1D5FA8"/>
          <w:sz w:val="17"/>
        </w:rPr>
        <w:t xml:space="preserve">[INFO] </w:t>
      </w:r>
      <w:r>
        <w:rPr>
          <w:sz w:val="19"/>
        </w:rPr>
        <w:t>Nº 380: 4 OS em 2 semanas (jun/2026): 2 hidrômetros 'invertidos', falta d'água, religação por troca de titularidade e troca de hidrômetro embaçado. O problema era interno, responsabilidade do cliente: a conexão interna estava invertida.</w:t>
      </w:r>
    </w:p>
    <w:p>
      <w:pPr>
        <w:jc w:val="both"/>
      </w:pPr>
      <w:r>
        <w:rPr>
          <w:b/>
          <w:color w:val="C2410C"/>
          <w:sz w:val="17"/>
        </w:rPr>
        <w:t xml:space="preserve">[ALERTA] </w:t>
      </w:r>
      <w:r>
        <w:rPr>
          <w:sz w:val="19"/>
        </w:rPr>
        <w:t>Nº 436 (WhatsApp, set/2026): duas ligações de esgoto saem pela Homem de Melo, ligadas à OS 2633412571 (cadastrada na R. Monte Alegre, 711). Houve check-list de gás em 03/09, troca de solo em 13/09, ligação a 4 m em 26/09 e baixa em 26/09. É a mesma rede do nº 400, que voltou a dar problema em 01/10.</w:t>
      </w:r>
    </w:p>
    <w:p>
      <w:pPr>
        <w:jc w:val="both"/>
      </w:pPr>
      <w:r>
        <w:rPr>
          <w:b/>
          <w:color w:val="C2410C"/>
          <w:sz w:val="17"/>
        </w:rPr>
        <w:t xml:space="preserve">[ALERTA] </w:t>
      </w:r>
      <w:r>
        <w:rPr>
          <w:sz w:val="19"/>
        </w:rPr>
        <w:t>Nº 412 (02/10/2026): o Artur mandou 3 fotos no grupo ESGOTO – SILVANO dizendo 'altura do 412'. Foi no mesmo dia da DC do 400, e muito provavelmente é o mesmo evento. Não há OS no 412.</w:t>
      </w:r>
    </w:p>
    <w:p>
      <w:pPr>
        <w:jc w:val="both"/>
      </w:pPr>
      <w:r>
        <w:rPr>
          <w:b/>
          <w:color w:val="1D5FA8"/>
          <w:sz w:val="17"/>
        </w:rPr>
        <w:t xml:space="preserve">[INFO] </w:t>
      </w:r>
      <w:r>
        <w:rPr>
          <w:sz w:val="19"/>
        </w:rPr>
        <w:t>Nºs 349 e 494: registros do SISMO (fiscalização de veículos, Centro 12 e Centro 15) em set/2026. São só contexto.</w:t>
      </w:r>
    </w:p>
    <w:p>
      <w:pPr>
        <w:pStyle w:val="Heading2"/>
        <w:keepNext/>
      </w:pPr>
      <w:r>
        <w:rPr>
          <w:rFonts w:ascii="Arial" w:hAnsi="Arial"/>
          <w:color w:val="0A6338"/>
          <w:sz w:val="21"/>
        </w:rPr>
        <w:t>Recomendações</w:t>
      </w:r>
    </w:p>
    <w:p>
      <w:pPr>
        <w:jc w:val="both"/>
      </w:pPr>
      <w:r>
        <w:rPr>
          <w:i w:val="0"/>
          <w:sz w:val="19"/>
        </w:rPr>
        <w:t>1. Incluir o 436 e o 412 na TV pós-CIPP do nº 400.</w:t>
      </w:r>
    </w:p>
    <w:p>
      <w:pPr>
        <w:pStyle w:val="Heading2"/>
        <w:keepNext/>
      </w:pPr>
      <w:r>
        <w:rPr>
          <w:rFonts w:ascii="Arial" w:hAnsi="Arial"/>
          <w:color w:val="0A6338"/>
          <w:sz w:val="21"/>
        </w:rPr>
        <w:t>OS no GeoCall (10)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blHeader w:val="true"/>
        </w:trPr>
        <w:tc>
          <w:tcPr>
            <w:tcW w:type="dxa" w:w="1269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OS</w:t>
            </w:r>
          </w:p>
        </w:tc>
        <w:tc>
          <w:tcPr>
            <w:tcW w:type="dxa" w:w="552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Nº</w:t>
            </w:r>
          </w:p>
        </w:tc>
        <w:tc>
          <w:tcPr>
            <w:tcW w:type="dxa" w:w="1048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ABERTURA</w:t>
            </w:r>
          </w:p>
        </w:tc>
        <w:tc>
          <w:tcPr>
            <w:tcW w:type="dxa" w:w="1048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FIM</w:t>
            </w:r>
          </w:p>
        </w:tc>
        <w:tc>
          <w:tcPr>
            <w:tcW w:type="dxa" w:w="231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SERVIÇO</w:t>
            </w:r>
          </w:p>
        </w:tc>
        <w:tc>
          <w:tcPr>
            <w:tcW w:type="dxa" w:w="231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RESULTADO</w:t>
            </w:r>
          </w:p>
        </w:tc>
        <w:tc>
          <w:tcPr>
            <w:tcW w:type="dxa" w:w="1655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OBS.</w:t>
            </w:r>
          </w:p>
        </w:tc>
      </w:tr>
      <w:tr>
        <w:trPr>
          <w:cantSplit w:val="true"/>
        </w:trPr>
        <w:tc>
          <w:tcPr>
            <w:tcW w:type="dxa" w:w="1269"/>
          </w:tcPr>
          <w:p>
            <w:r>
              <w:rPr>
                <w:sz w:val="15"/>
              </w:rPr>
              <w:t>2631472201</w:t>
            </w:r>
          </w:p>
        </w:tc>
        <w:tc>
          <w:tcPr>
            <w:tcW w:type="dxa" w:w="552"/>
          </w:tcPr>
          <w:p>
            <w:r>
              <w:rPr>
                <w:sz w:val="15"/>
              </w:rPr>
              <w:t>351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04/08/2026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05/08/2026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DESCOBRIR VÁLVULA DE REDE DE ÁGUA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DESCOBERTA VALVULA DE REDE DE AGUA</w:t>
            </w:r>
          </w:p>
        </w:tc>
        <w:tc>
          <w:tcPr>
            <w:tcW w:type="dxa" w:w="1655"/>
          </w:tcPr>
          <w:p>
            <w:r>
              <w:rPr>
                <w:sz w:val="15"/>
              </w:rPr>
              <w:t xml:space="preserve"> · 2 etapas</w:t>
            </w:r>
          </w:p>
        </w:tc>
      </w:tr>
      <w:tr>
        <w:trPr>
          <w:cantSplit w:val="true"/>
        </w:trPr>
        <w:tc>
          <w:tcPr>
            <w:tcW w:type="dxa" w:w="1269"/>
            <w:shd w:val="clear" w:color="auto" w:fill="F6F8FB"/>
          </w:tcPr>
          <w:p>
            <w:r>
              <w:rPr>
                <w:sz w:val="15"/>
              </w:rPr>
              <w:t>2695465926</w:t>
            </w:r>
          </w:p>
        </w:tc>
        <w:tc>
          <w:tcPr>
            <w:tcW w:type="dxa" w:w="552"/>
            <w:shd w:val="clear" w:color="auto" w:fill="F6F8FB"/>
          </w:tcPr>
          <w:p>
            <w:r>
              <w:rPr>
                <w:sz w:val="15"/>
              </w:rPr>
              <w:t>380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09/06/2026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10/06/2026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HIDRÔMETRO INVERTIDO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NADA CONSTA NO LOCAL</w:t>
            </w:r>
          </w:p>
        </w:tc>
        <w:tc>
          <w:tcPr>
            <w:tcW w:type="dxa" w:w="1655"/>
            <w:shd w:val="clear" w:color="auto" w:fill="F6F8FB"/>
          </w:tcPr>
          <w:p>
            <w:r>
              <w:rPr>
                <w:sz w:val="15"/>
              </w:rPr>
              <w:t>—</w:t>
            </w:r>
          </w:p>
        </w:tc>
      </w:tr>
      <w:tr>
        <w:trPr>
          <w:cantSplit w:val="true"/>
        </w:trPr>
        <w:tc>
          <w:tcPr>
            <w:tcW w:type="dxa" w:w="1269"/>
          </w:tcPr>
          <w:p>
            <w:r>
              <w:rPr>
                <w:sz w:val="15"/>
              </w:rPr>
              <w:t>2623362272</w:t>
            </w:r>
          </w:p>
        </w:tc>
        <w:tc>
          <w:tcPr>
            <w:tcW w:type="dxa" w:w="552"/>
          </w:tcPr>
          <w:p>
            <w:r>
              <w:rPr>
                <w:sz w:val="15"/>
              </w:rPr>
              <w:t>380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03/06/2026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03/06/2026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HIDRÔMETRO INVERTIDO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NADA CONSTA NO LOCAL</w:t>
            </w:r>
          </w:p>
        </w:tc>
        <w:tc>
          <w:tcPr>
            <w:tcW w:type="dxa" w:w="1655"/>
          </w:tcPr>
          <w:p>
            <w:r>
              <w:rPr>
                <w:sz w:val="15"/>
              </w:rPr>
              <w:t>—</w:t>
            </w:r>
          </w:p>
        </w:tc>
      </w:tr>
      <w:tr>
        <w:trPr>
          <w:cantSplit w:val="true"/>
        </w:trPr>
        <w:tc>
          <w:tcPr>
            <w:tcW w:type="dxa" w:w="1269"/>
            <w:shd w:val="clear" w:color="auto" w:fill="F6F8FB"/>
          </w:tcPr>
          <w:p>
            <w:r>
              <w:rPr>
                <w:sz w:val="15"/>
              </w:rPr>
              <w:t>2623362006</w:t>
            </w:r>
          </w:p>
        </w:tc>
        <w:tc>
          <w:tcPr>
            <w:tcW w:type="dxa" w:w="552"/>
            <w:shd w:val="clear" w:color="auto" w:fill="F6F8FB"/>
          </w:tcPr>
          <w:p>
            <w:r>
              <w:rPr>
                <w:sz w:val="15"/>
              </w:rPr>
              <w:t>380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03/06/2026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03/06/2026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FALTA DE ÁGUA LOCAL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DEFEITO INTERNO RESPONSABILIDADE CLIENTE</w:t>
            </w:r>
          </w:p>
        </w:tc>
        <w:tc>
          <w:tcPr>
            <w:tcW w:type="dxa" w:w="1655"/>
            <w:shd w:val="clear" w:color="auto" w:fill="F6F8FB"/>
          </w:tcPr>
          <w:p>
            <w:r>
              <w:rPr>
                <w:sz w:val="15"/>
              </w:rPr>
              <w:t xml:space="preserve"> · 2 etapas</w:t>
            </w:r>
          </w:p>
        </w:tc>
      </w:tr>
      <w:tr>
        <w:trPr>
          <w:cantSplit w:val="true"/>
        </w:trPr>
        <w:tc>
          <w:tcPr>
            <w:tcW w:type="dxa" w:w="1269"/>
          </w:tcPr>
          <w:p>
            <w:r>
              <w:rPr>
                <w:sz w:val="15"/>
              </w:rPr>
              <w:t>2623185446</w:t>
            </w:r>
          </w:p>
        </w:tc>
        <w:tc>
          <w:tcPr>
            <w:tcW w:type="dxa" w:w="552"/>
          </w:tcPr>
          <w:p>
            <w:r>
              <w:rPr>
                <w:sz w:val="15"/>
              </w:rPr>
              <w:t>380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02/06/2026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02/06/2026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RELIGAR AGUA MUDANÇA TITULARIDADE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RELIGAÇÃO DE AGUA MUDANÇA TITULARIDADE</w:t>
            </w:r>
          </w:p>
        </w:tc>
        <w:tc>
          <w:tcPr>
            <w:tcW w:type="dxa" w:w="1655"/>
          </w:tcPr>
          <w:p>
            <w:r>
              <w:rPr>
                <w:sz w:val="15"/>
              </w:rPr>
              <w:t xml:space="preserve"> · 2 etapas</w:t>
            </w:r>
          </w:p>
        </w:tc>
      </w:tr>
      <w:tr>
        <w:trPr>
          <w:cantSplit w:val="true"/>
        </w:trPr>
        <w:tc>
          <w:tcPr>
            <w:tcW w:type="dxa" w:w="1269"/>
            <w:shd w:val="clear" w:color="auto" w:fill="F6F8FB"/>
          </w:tcPr>
          <w:p>
            <w:r>
              <w:rPr>
                <w:sz w:val="15"/>
              </w:rPr>
              <w:t>268361051</w:t>
            </w:r>
          </w:p>
        </w:tc>
        <w:tc>
          <w:tcPr>
            <w:tcW w:type="dxa" w:w="552"/>
            <w:shd w:val="clear" w:color="auto" w:fill="F6F8FB"/>
          </w:tcPr>
          <w:p>
            <w:r>
              <w:rPr>
                <w:sz w:val="15"/>
              </w:rPr>
              <w:t>340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25/02/2026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25/02/2026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SUPRIMIR LIGAÇÃO DE AGUA POR IMOVEL VAGO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SUPRIMIDA LIGAÇÃO DE AGUA IMOVEL VAGO</w:t>
            </w:r>
          </w:p>
        </w:tc>
        <w:tc>
          <w:tcPr>
            <w:tcW w:type="dxa" w:w="1655"/>
            <w:shd w:val="clear" w:color="auto" w:fill="F6F8FB"/>
          </w:tcPr>
          <w:p>
            <w:r>
              <w:rPr>
                <w:sz w:val="15"/>
              </w:rPr>
              <w:t>—</w:t>
            </w:r>
          </w:p>
        </w:tc>
      </w:tr>
      <w:tr>
        <w:trPr>
          <w:cantSplit w:val="true"/>
        </w:trPr>
        <w:tc>
          <w:tcPr>
            <w:tcW w:type="dxa" w:w="1269"/>
          </w:tcPr>
          <w:p>
            <w:r>
              <w:rPr>
                <w:sz w:val="15"/>
              </w:rPr>
              <w:t>263523817</w:t>
            </w:r>
          </w:p>
        </w:tc>
        <w:tc>
          <w:tcPr>
            <w:tcW w:type="dxa" w:w="552"/>
          </w:tcPr>
          <w:p>
            <w:r>
              <w:rPr>
                <w:sz w:val="15"/>
              </w:rPr>
              <w:t>351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26/01/2026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03/02/2026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NIVELAR POÇO DE INSPEÇÃO/VISITA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NIVELADO POÇO DE VISITA</w:t>
            </w:r>
          </w:p>
        </w:tc>
        <w:tc>
          <w:tcPr>
            <w:tcW w:type="dxa" w:w="1655"/>
          </w:tcPr>
          <w:p>
            <w:r>
              <w:rPr>
                <w:sz w:val="15"/>
              </w:rPr>
              <w:t xml:space="preserve"> · 3 etapas</w:t>
            </w:r>
          </w:p>
        </w:tc>
      </w:tr>
      <w:tr>
        <w:trPr>
          <w:cantSplit w:val="true"/>
        </w:trPr>
        <w:tc>
          <w:tcPr>
            <w:tcW w:type="dxa" w:w="1269"/>
            <w:shd w:val="clear" w:color="auto" w:fill="F6F8FB"/>
          </w:tcPr>
          <w:p>
            <w:r>
              <w:rPr>
                <w:sz w:val="15"/>
              </w:rPr>
              <w:t>261691155</w:t>
            </w:r>
          </w:p>
        </w:tc>
        <w:tc>
          <w:tcPr>
            <w:tcW w:type="dxa" w:w="552"/>
            <w:shd w:val="clear" w:color="auto" w:fill="F6F8FB"/>
          </w:tcPr>
          <w:p>
            <w:r>
              <w:rPr>
                <w:sz w:val="15"/>
              </w:rPr>
              <w:t>450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14/01/2026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14/01/2026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REPOR CONCRETO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REPOSIÇÃO DE CONCRETO</w:t>
            </w:r>
          </w:p>
        </w:tc>
        <w:tc>
          <w:tcPr>
            <w:tcW w:type="dxa" w:w="1655"/>
            <w:shd w:val="clear" w:color="auto" w:fill="F6F8FB"/>
          </w:tcPr>
          <w:p>
            <w:r>
              <w:rPr>
                <w:sz w:val="15"/>
              </w:rPr>
              <w:t>—</w:t>
            </w:r>
          </w:p>
        </w:tc>
      </w:tr>
      <w:tr>
        <w:trPr>
          <w:cantSplit w:val="true"/>
        </w:trPr>
        <w:tc>
          <w:tcPr>
            <w:tcW w:type="dxa" w:w="1269"/>
          </w:tcPr>
          <w:p>
            <w:r>
              <w:rPr>
                <w:sz w:val="15"/>
              </w:rPr>
              <w:t>2681226830</w:t>
            </w:r>
          </w:p>
        </w:tc>
        <w:tc>
          <w:tcPr>
            <w:tcW w:type="dxa" w:w="552"/>
          </w:tcPr>
          <w:p>
            <w:r>
              <w:rPr>
                <w:sz w:val="15"/>
              </w:rPr>
              <w:t>450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13/01/2026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13/01/2026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DESOBSTRUIR RAMAL DE ESGOTO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DESOBSTRUIDO RAMAL DE ESGOTO</w:t>
            </w:r>
          </w:p>
        </w:tc>
        <w:tc>
          <w:tcPr>
            <w:tcW w:type="dxa" w:w="1655"/>
          </w:tcPr>
          <w:p>
            <w:r>
              <w:rPr>
                <w:sz w:val="15"/>
              </w:rPr>
              <w:t>—</w:t>
            </w:r>
          </w:p>
        </w:tc>
      </w:tr>
      <w:tr>
        <w:trPr>
          <w:cantSplit w:val="true"/>
        </w:trPr>
        <w:tc>
          <w:tcPr>
            <w:tcW w:type="dxa" w:w="1269"/>
            <w:shd w:val="clear" w:color="auto" w:fill="F6F8FB"/>
          </w:tcPr>
          <w:p>
            <w:r>
              <w:rPr>
                <w:sz w:val="15"/>
              </w:rPr>
              <w:t>2681226171</w:t>
            </w:r>
          </w:p>
        </w:tc>
        <w:tc>
          <w:tcPr>
            <w:tcW w:type="dxa" w:w="552"/>
            <w:shd w:val="clear" w:color="auto" w:fill="F6F8FB"/>
          </w:tcPr>
          <w:p>
            <w:r>
              <w:rPr>
                <w:sz w:val="15"/>
              </w:rPr>
              <w:t>450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13/01/2026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14/01/2026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TROCAR RAMAL DE ÁGUA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TROCA DE RAMAL DE AGUA</w:t>
            </w:r>
          </w:p>
        </w:tc>
        <w:tc>
          <w:tcPr>
            <w:tcW w:type="dxa" w:w="1655"/>
            <w:shd w:val="clear" w:color="auto" w:fill="F6F8FB"/>
          </w:tcPr>
          <w:p>
            <w:r>
              <w:rPr>
                <w:sz w:val="15"/>
              </w:rPr>
              <w:t xml:space="preserve"> · 3 etapas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A6338"/>
          <w:sz w:val="21"/>
        </w:rPr>
        <w:t>Linha do tempo por dia — GeoCall + WhatsApp + carteira + fotos juntos (22 dias)</w:t>
      </w:r>
    </w:p>
    <w:p>
      <w:r>
        <w:rPr>
          <w:b/>
          <w:color w:val="1F8A4C"/>
          <w:sz w:val="15"/>
        </w:rPr>
        <w:t xml:space="preserve">  GeoCall · executada  </w:t>
      </w:r>
      <w:r>
        <w:rPr>
          <w:b/>
          <w:color w:val="C0392B"/>
          <w:sz w:val="15"/>
        </w:rPr>
        <w:t xml:space="preserve">  GeoCall · não executada  </w:t>
      </w:r>
      <w:r>
        <w:rPr>
          <w:b/>
          <w:color w:val="7CC49A"/>
          <w:sz w:val="15"/>
        </w:rPr>
        <w:t xml:space="preserve">  GeoCall · abertura  </w:t>
      </w:r>
      <w:r>
        <w:rPr>
          <w:b/>
          <w:color w:val="1D5FA8"/>
          <w:sz w:val="15"/>
        </w:rPr>
        <w:t xml:space="preserve">  WhatsApp  </w:t>
      </w:r>
      <w:r>
        <w:rPr>
          <w:b/>
          <w:color w:val="5B7BA6"/>
          <w:sz w:val="15"/>
        </w:rPr>
        <w:t xml:space="preserve">  Carteira  </w:t>
      </w:r>
      <w:r>
        <w:rPr>
          <w:b/>
          <w:color w:val="1F8A4C"/>
          <w:sz w:val="15"/>
        </w:rPr>
        <w:t xml:space="preserve">  ■ foto GeoCall  </w:t>
      </w:r>
      <w:r>
        <w:rPr>
          <w:b/>
          <w:color w:val="1D5FA8"/>
          <w:sz w:val="15"/>
        </w:rPr>
        <w:t xml:space="preserve">  ■ foto WhatsApp  </w:t>
      </w:r>
    </w:p>
    <w:p>
      <w:pPr>
        <w:pStyle w:val="Heading3"/>
        <w:keepNext/>
      </w:pPr>
      <w:r>
        <w:rPr>
          <w:rFonts w:ascii="Arial" w:hAnsi="Arial"/>
          <w:color w:val="0A6338"/>
          <w:sz w:val="21"/>
        </w:rPr>
        <w:t>02/10/2026 — sexta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15:03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SILVANO · Cmncll Artur · nº 412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(foto do mesmo autor junto do relato de 02/10 15:03)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3 foto(s) na grade do dia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15:03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SILVANO · Cmncll Artur · nº 412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412)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homem de melo altura do 412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(3)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8359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f940fd614c4a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8359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15400" cy="1440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f72bec276757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4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15400" cy="1440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6a756c2d77a0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4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15:03 · Cmncll Artur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15:03 · Cmncll Artur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15:03 · Cmncll Artur</w:t>
            </w:r>
          </w:p>
        </w:tc>
        <w:tc>
          <w:tcPr>
            <w:tcW w:type="dxa" w:w="2551"/>
          </w:tcPr>
          <w:p/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01/10/2026 — quinta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21:18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Max Sousa · nº 436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2633412571</w:t>
              <w:br/>
              <w:t>SUBSTITUIR LIG ESGOTO SIMPLES P/DIMENS</w:t>
              <w:br/>
              <w:t>RUA MONTE ALEGRE, 711 - PERDIZES</w:t>
              <w:br/>
              <w:t>SÃO PAULO</w:t>
              <w:br/>
              <w:t>Obs: Serão executadas 3 ligações de esgoto de 150 mm, sendo, 1 pela Rua Monte Alegre, 411 e 2 pela Rua Dr Homem de Melo, 436</w:t>
              <w:br/>
              <w:t>Material:</w:t>
              <w:br/>
              <w:t>03 Curva 150mm</w:t>
              <w:br/>
              <w:t>02 Te 150 x150mm</w:t>
              <w:br/>
              <w:t>01 Selim 200 x 150mm</w:t>
              <w:br/>
              <w:t>04 adp 150mm</w:t>
              <w:br/>
              <w:t>00 Tubos de PVC 150mm</w:t>
              <w:br/>
              <w:t>04 Luvas PVC 150mm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26/09/2026 — sábado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13:57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SISMO CMNC LAPA/MOOCA · Camila Andrade · nº 349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(cita nº 349)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Veículo: SVM 8A00 - CENTRO 12</w:t>
              <w:br/>
              <w:t>Rua Doutor Homem De Melo 349, São Paulo - São Paulo, 05007-001, Brazil</w:t>
              <w:br/>
              <w:br/>
              <w:t>libero dentro da vala</w:t>
              <w:br/>
              <w:t>Legendas das fotos: ele estava tirando fotos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2 foto(s) na grade do dia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14:05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Manoel · Israel Santos · nº 349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(cita nº 349)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Veículo: SVM 8A00 - CENTRO 12</w:t>
              <w:br/>
              <w:t>Rua Doutor Homem De Melo 349, São Paulo - São Paulo, 05007-001, Brazil</w:t>
              <w:br/>
              <w:br/>
              <w:t>libero dentro da vala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1 foto(s) na grade do dia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(3)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789768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e512bfc23bb2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7897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1378404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a52dd248b31f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13784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789768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e512bfc23bb2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7897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13:57 · Camila Andrade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13:57 · Camila Andrade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14:05 · Israel Santos</w:t>
            </w:r>
          </w:p>
        </w:tc>
        <w:tc>
          <w:tcPr>
            <w:tcW w:type="dxa" w:w="2551"/>
          </w:tcPr>
          <w:p/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15/09/2026 — terça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13:39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SISMO CMNC LAPA/MOOCA · Jeferson Sismo Engetami · nº 494 · OS 2636462207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(foto do mesmo autor junto do relato de 15/09 13:40)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Estava acompanhando a atividade da Centro 15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1 foto(s) na grade do dia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13:40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SISMO CMNC LAPA/MOOCA · Jeferson Sismo Engetami · nº 494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494)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Doutor Homem De Melo 494, São Paulo - São Paulo, 05007-001, Brazil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(1)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830364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b78cc8d938f4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8303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13:39 · Jeferson Sismo Engetami · OS 2636462207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14/09/2026 — segunda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09:45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Adeilto Coutinho · nº 436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Dr homem de Melo 436</w:t>
              <w:br/>
              <w:br/>
              <w:t>São duas ligações de esgoto aí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13/09/2026 — domingo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06:50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OBRA ESGOTO - EVERTON · Adeilto Coutinho · nº 436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1⁰ serviço</w:t>
              <w:br/>
              <w:t>Av Nove de julho 4108</w:t>
              <w:br/>
              <w:t>Troca de solo na vala da ligação</w:t>
              <w:br/>
              <w:br/>
              <w:t>Rua Monte Alegre 711</w:t>
              <w:br/>
              <w:t>2 ligações de esgoto pela rua Dr Homem de Melo</w:t>
              <w:br/>
              <w:t>436</w:t>
              <w:br/>
              <w:t>Duas ligações de esgoto</w:t>
              <w:br/>
              <w:t>Levar dois T e 150, e duas curvas de 150</w:t>
              <w:br/>
              <w:t>2⁰ serviço</w:t>
              <w:br/>
              <w:br/>
              <w:t>Equipe Everton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09/09/2026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09:13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Polo Esgoto · nº 436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2633412571</w:t>
              <w:br/>
              <w:t>SUBSTITUIR LIG ESGOTO SIMPLES P/DIMENS</w:t>
              <w:br/>
              <w:t>RUA MONTE ALEGRE, 711 - PERDIZES</w:t>
              <w:br/>
              <w:t>SÃO PAULO</w:t>
              <w:br/>
              <w:t>Obs: Serão executadas 3 ligações de esgoto de 150 mm, sendo, 1 pela Rua Monte Alegre, 411 e 2 pela Rua Dr Homem de Melo, 436</w:t>
              <w:br/>
              <w:t>Material:</w:t>
              <w:br/>
              <w:t>03 Curva 150mm</w:t>
              <w:br/>
              <w:t>02 Te 150 x150mm</w:t>
              <w:br/>
              <w:t>01 Selim 200 x 150mm</w:t>
              <w:br/>
              <w:t>04 adp 150mm</w:t>
              <w:br/>
              <w:t>00 Tubos de PVC 150mm</w:t>
              <w:br/>
              <w:t>04 Luvas PVC 150mm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08/09/2026 — terça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08:55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Adeilto Coutinho · nº 436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2633412571</w:t>
              <w:br/>
              <w:t>SUBSTITUIR LIG ESGOTO SIMPLES P/DIMENS</w:t>
              <w:br/>
              <w:t>RUA MONTE ALEGRE, 711 - PERDIZES</w:t>
              <w:br/>
              <w:t>SÃO PAULO</w:t>
              <w:br/>
              <w:t>Obs: Serão executadas 3 ligações de esgoto de 150 mm, sendo, 1 pela Rua Monte Alegre, 411 e 2 pela Rua Dr Homem de Melo, 436</w:t>
              <w:br/>
              <w:t>Material:</w:t>
              <w:br/>
              <w:t>03 Curva 150mm</w:t>
              <w:br/>
              <w:t>02 Te 150 x150mm</w:t>
              <w:br/>
              <w:t>01 Selim 200 x 150mm</w:t>
              <w:br/>
              <w:t>04 adp 150mm</w:t>
              <w:br/>
              <w:t>00 Tubos de PVC 150mm</w:t>
              <w:br/>
              <w:t>04 Luvas PVC 150mm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03/09/2026 — quinta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08:33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DEMARCAÇÃO X PROGRAMAÇÃO - JARDINS · Andre Costa · nº 436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doutor homem de Melo 436</w:t>
              <w:br/>
              <w:t>Gás por favor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08:37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DEMARCAÇÃO X PROGRAMAÇÃO - JARDINS · Paola Rodrigues · nº 436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R. Dr. Homem de Melo, 436  - SO202609032819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1 foto(s) na grade do dia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08:41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Protocolos/Arquivos - COMGAS · Paola Rodrigues · nº 436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R. Dr. Homem de Melo, 436  - SO202609032819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1 foto(s) na grade do dia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08:41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Protocolos/Arquivos - COMGAS · Paola Rodrigues · nº 436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R. Dr. Homem de Melo, 436.zip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09:18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DEMARCAÇÃO X PROGRAMAÇÃO - JARDINS · 79560427212853@lid · nº 436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Check-List OS - Rua doutor homem de Melo 436 - JARDINS.xlsx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(2)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620005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3cc5742c472f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6200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620005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3cc5742c472f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6200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08:37 · Paola Rodrigues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08:41 · Paola Rodrigues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02/09/2026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14:13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GLOBAL ( CMNC II - JARDINS / ESGOTO) · DIVISÃO DE OPERAÇÃO E MANUTENÇÃO JARDINS · nº 436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nº 436)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2633412571</w:t>
              <w:br/>
              <w:t>SUBSTITUIR LIG ESGOTO SIMPLES P/DIMENS</w:t>
              <w:br/>
              <w:t>RUA MONTE ALEGRE, 711 - PERDIZES</w:t>
              <w:br/>
              <w:t>SÃO PAULO</w:t>
              <w:br/>
              <w:t>Obs: Serão executadas 3 ligações de esgoto de 150 mm, sendo, 1 pela Rua Monte Alegre, 411 e 2 pela Rua Dr Homem de Melo, 436</w:t>
              <w:br/>
              <w:t>Material:</w:t>
              <w:br/>
              <w:t>03 Curva 150mm</w:t>
              <w:br/>
              <w:t>02 Te 150 x150mm</w:t>
              <w:br/>
              <w:t>01 Selim 200 x 150mm</w:t>
              <w:br/>
              <w:t>04 adp 150mm</w:t>
              <w:br/>
              <w:t>00 Tubos de PVC 150mm</w:t>
              <w:br/>
              <w:t>04 Luvas PVC 150mm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05/08/2026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—</w:t>
            </w:r>
          </w:p>
        </w:tc>
        <w:tc>
          <w:tcPr>
            <w:tcW w:type="dxa" w:w="1474"/>
            <w:shd w:val="clear" w:color="auto" w:fill="5b7ba6"/>
          </w:tcPr>
          <w:p>
            <w:r>
              <w:rPr>
                <w:b/>
                <w:color w:val="FFFFFF"/>
                <w:sz w:val="15"/>
              </w:rPr>
              <w:t>Carteira</w:t>
            </w:r>
          </w:p>
        </w:tc>
        <w:tc>
          <w:tcPr>
            <w:tcW w:type="dxa" w:w="7994"/>
            <w:shd w:val="clear" w:color="auto" w:fill="eef2f7"/>
          </w:tcPr>
          <w:p>
            <w:r>
              <w:rPr>
                <w:color w:val="5B6B81"/>
                <w:sz w:val="15"/>
              </w:rPr>
              <w:t>Água - NIVELAMENTO PV T5 · nº 351 · OS 2631472201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2631472201 na carteira pendente — DESCOBRIR VÁLVULA DE REDE DE ÁGUA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Vista na carteira de 05/08/2026 a 05/08/2026 (1 dia(s) de foto diária).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10:56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NIVELAMENTO T5 - MARCELO · nº 351 · OS 2631472201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DESCOBRIR VÁLVULA DE REDE DE ÁGUA → DESCOBERTA VALVULA DE REDE DE AGUA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05/08/2026 10:38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10:57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NIVELAMENTO T5 - MARCELO · nº 351 · OS 2631472201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REPOR PASSEIO ADJACENTE CIMENTADO → REPOSIÇÃO DE PA CIMENTADO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05/08/2026 10:57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6 foto(s) na grade do dia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(6)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1107152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1472201_DESCOBERTA_VALVULA_DE_REDE_DE__geocall_01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1107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1107152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1472201_DESCOBERTA_VALVULA_DE_REDE_DE__geocall_02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1107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1107152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1472201_DESCOBERTA_VALVULA_DE_REDE_DE__geocall_03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1107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1107152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1472201_DESCOBERTA_VALVULA_DE_REDE_DE__geocall_04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1107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10:57 · NIVELAMENTO T5 - MARCELO · OS 2631472201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10:57 · NIVELAMENTO T5 - MARCELO · OS 2631472201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10:57 · NIVELAMENTO T5 - MARCELO · OS 2631472201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10:57 · NIVELAMENTO T5 - MARCELO · OS 2631472201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1107152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1472201_DESCOBERTA_VALVULA_DE_REDE_DE__geocall_05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1107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1107152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1472201_DESCOBERTA_VALVULA_DE_REDE_DE__geocall_06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1107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10:57 · NIVELAMENTO T5 - MARCELO · OS 2631472201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10:57 · NIVELAMENTO T5 - MARCELO · OS 2631472201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04/08/2026 — terça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16:39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05" w:name="os_2631472201"/>
            <w:bookmarkEnd w:id="105"/>
            <w:r>
              <w:rPr>
                <w:color w:val="5B6B81"/>
                <w:sz w:val="15"/>
              </w:rPr>
              <w:t>Solicitante: HERCULES · Iniciativa Administrativa · nº 351 · OS 2631472201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2631472201 aberta — DESCOBRIR VÁLVULA DE REDE DE ÁGUA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ENDE CORRETO  (DESCOBRIMENTO) R. DR. HOMEN DE MELO X R. CARDOSO DE ALMEIDA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10/06/2026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10:42</w:t>
            </w:r>
          </w:p>
        </w:tc>
        <w:tc>
          <w:tcPr>
            <w:tcW w:type="dxa" w:w="1474"/>
            <w:shd w:val="clear" w:color="auto" w:fill="c0392b"/>
          </w:tcPr>
          <w:p>
            <w:r>
              <w:rPr>
                <w:b/>
                <w:color w:val="FFFFFF"/>
                <w:sz w:val="15"/>
              </w:rPr>
              <w:t>GeoCall · não executada</w:t>
            </w:r>
          </w:p>
        </w:tc>
        <w:tc>
          <w:tcPr>
            <w:tcW w:type="dxa" w:w="7994"/>
            <w:shd w:val="clear" w:color="auto" w:fill="fdeceb"/>
          </w:tcPr>
          <w:p>
            <w:r>
              <w:rPr>
                <w:color w:val="5B6B81"/>
                <w:sz w:val="15"/>
              </w:rPr>
              <w:t>ANDRE DA COSTA · nº 380 · OS 2695465926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HIDRÔMETRO INVERTIDO → NADA CONSTA NO LOCAL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HD está na posição correta, no caso está invertido as conexão interna que é responsabilidade do cliente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10/06/2026 10:28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09/06/2026 — terça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16:13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06" w:name="os_2695465926"/>
            <w:bookmarkEnd w:id="106"/>
            <w:r>
              <w:rPr>
                <w:color w:val="5B6B81"/>
                <w:sz w:val="15"/>
              </w:rPr>
              <w:t>Solicitante: ANDRE HIDEKI AKIYOSHI · Iniciativa Cliente · nº 380 · OS 2695465926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2695465926 aberta — HIDRÔMETRO INVERTIDO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Conserto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03/06/2026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10:02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07" w:name="os_2623362006"/>
            <w:bookmarkEnd w:id="107"/>
            <w:r>
              <w:rPr>
                <w:color w:val="5B6B81"/>
                <w:sz w:val="15"/>
              </w:rPr>
              <w:t>Solicitante: ANDRE HIDEKI AKIYOSHI · Iniciativa Cliente · nº 380 · OS 2623362006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2623362006 aberta — FALTA DE ÁGUA LOCAL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TELEFONE: 11 [tel. omitido] / SR. ANDRE HIDEKI AKIYOSHI COMPARECE NA LOJA DE PIRITUBA E INFORMA QUE SOLICITOU A MUDANÇA DA TITULARIDADE COM RELIGAÇÃO DO FORNECIMENTO, PROCESSO FOI EXECUTADO. ENTRETANTO HOUVE A TROCA DO HIDRÔMETRO.POSSIVEL ERRO NA POSIÇÃO DOS HIDRÔMETROS, IMOVEL DO CLIENTE É O LOJA 4, NA POSIÇÃO DOS HIDROMETROS NO LOCAL ESTA 1 - BAIXO, 2 - CIMA NA PRIMEIRA CAIXA UMA.3 - TA COM ETIQUETA DE LOJA 4, E 4 - COM A ETIQUETA DA LOJA 3, CLIENTE INFORMA QUE O HIDROMETRO TROCADO É O COM ETIQUETA DA LOJA 3 [O QUARTO]  NA POSIÇÃO DOS HIDROMETROS NAS CAIXAS UMA.NECESSÁRIO VERIFICAR POSSIVEL ERRO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10:05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08" w:name="os_2623362272"/>
            <w:bookmarkEnd w:id="108"/>
            <w:r>
              <w:rPr>
                <w:color w:val="5B6B81"/>
                <w:sz w:val="15"/>
              </w:rPr>
              <w:t>Solicitante: ANDRE HIDEKI AKIYOSHI · Iniciativa Cliente · nº 380 · OS 2623362272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2623362272 aberta — HIDRÔMETRO INVERTIDO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TELEFONE: 11 [tel. omitido] / SR. ANDRE HIDEKI AKIYOSHI COMPARECE NA LOJA DE PIRITUBA E INFORMA QUE SOLICITOU A MUDANÇA DA TITULARIDADE COM RELIGAÇÃO DO FORNECIMENTO, PROCESSO FOI EXECUTADO. ENTRETANTO HOUVE A TROCA DO HIDRÔMETRO.POSSIVEL ERRO NA POSIÇÃO DOS HIDRÔMETROS, IMOVEL DO CLIENTE É O LOJA 4, NA POSIÇÃO DOS HIDROMETROS NO LOCAL ESTA 1 - BAIXO, 2 - CIMA NA PRIMEIRA CAIXA UMA.3 - TA COM ETIQUETA DE LOJA 4, E 4 - COM A ETIQUETA DA LOJA 3, CLIENTE INFORMA QUE O HIDROMETRO TROCADO É O COM ETIQUETA DA LOJA 3 [O QUARTO]  NA POSIÇÃO DOS HIDROMETROS NAS CAIXAS UMA.NECESSÁRIO VERIFICAR POSSIVEL ERRO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12:57</w:t>
            </w:r>
          </w:p>
        </w:tc>
        <w:tc>
          <w:tcPr>
            <w:tcW w:type="dxa" w:w="1474"/>
            <w:shd w:val="clear" w:color="auto" w:fill="c0392b"/>
          </w:tcPr>
          <w:p>
            <w:r>
              <w:rPr>
                <w:b/>
                <w:color w:val="FFFFFF"/>
                <w:sz w:val="15"/>
              </w:rPr>
              <w:t>GeoCall · não executada</w:t>
            </w:r>
          </w:p>
        </w:tc>
        <w:tc>
          <w:tcPr>
            <w:tcW w:type="dxa" w:w="7994"/>
            <w:shd w:val="clear" w:color="auto" w:fill="fdeceb"/>
          </w:tcPr>
          <w:p>
            <w:r>
              <w:rPr>
                <w:color w:val="5B6B81"/>
                <w:sz w:val="15"/>
              </w:rPr>
              <w:t>EDCARLOS DOS SANTOS · nº 380 · OS 2623362272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HIDRÔMETRO INVERTIDO → NADA CONSTA NO LOCAL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hidros na posição correta, canos interno que está invertido,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03/06/2026 12:56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13:08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EDCARLOS DOS SANTOS · nº 380 · OS 2623362006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FALTA DE ÁGUA LOCAL → DEFEITO INTERNO RESPONSABILIDADE CLIENTE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 xml:space="preserve">casa 4 está com abastecimento normal, o problema que está com cano interno  invertido, contas invertidas, loja  4 abastece a loja  3 e loja  3 abastecimento loja 4. </w:t>
              <w:br/>
              <w:t>hidros estão na posição correta PADRÃO SABESP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03/06/2026 13:06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13:15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CAVALETE - EDCARLOS · nº 380 · OS 2623362006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INSTALAR LACRE DIVERSOS → INSTALADO LACRE DIVERSOS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03/06/2026 13:14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02/06/2026 — terça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09:37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09" w:name="os_2623185446"/>
            <w:bookmarkEnd w:id="109"/>
            <w:r>
              <w:rPr>
                <w:color w:val="5B6B81"/>
                <w:sz w:val="15"/>
              </w:rPr>
              <w:t>Solicitante: ANDRE HIDEKI AKIYOSHI · Iniciativa Cliente · nº 380 · OS 2623185446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2623185446 aberta — RELIGAR AGUA MUDANÇA TITULARIDADE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SR ANDRE EM LOJA EM POSSE DO CONTRATO DE LOCAÇÃO SOLICITA RESTABELICIMENTO DO FORNECIMENTO JUNTAMENTE COM TROCA DE TITULARIDADE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14:11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CAVALETE - EDCARLOS · nº 380 · OS 2623185446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RELIGAR AGUA MUDANÇA TITULARIDADE → RELIGAÇÃO DE AGUA MUDANÇA TITULARIDADE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02/06/2026 14:02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14:13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CAVALETE - EDCARLOS · nº 380 · OS 2623185446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HIDRÔMETRO EMBAÇADO → TROCA DE HIDROMETRO EMBAÇADO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02/06/2026 14:13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25/02/2026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13:08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10" w:name="os_268361051"/>
            <w:bookmarkEnd w:id="110"/>
            <w:r>
              <w:rPr>
                <w:color w:val="5B6B81"/>
                <w:sz w:val="15"/>
              </w:rPr>
              <w:t>Solicitante: BEATRIZ ALVES DE ANDRADE · Iniciativa Cliente · nº 340 · OS 268361051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268361051 aberta — SUPRIMIR LIGAÇÃO DE AGUA POR IMOVEL VAGO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tel:[tel. omitido] sra beatriz - solicita a supressão do hd pois não esta ultilizando o fornecimento no momento. ciente do prazo. não esta concordando com a tarifa de esgoto que estão cobrando sendo que não tem ligação no local (foi solicitado vistoria o.s 26/7880772)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18:17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CAVALETE - MATHEUS · nº 340 · OS 268361051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SUPRIMIR LIGAÇÃO DE AGUA POR IMOVEL VAGO → SUPRIMIDA LIGAÇÃO DE AGUA IMOVEL VAGO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25/02/2026 18:16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03/02/2026 — terça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12:51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REPOSIÇÃO BC PAV - DIOGENES · nº 351 · OS 263523817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REPOR CAPA ASFALTICA → REPOSIÇÃO DE CAPA ASFALTICA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Equipe Vinícius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>prof. (m) 0.03 · compr. (m) 1.0 · larg. (m) 1.0  |  início 03/02/2026 12:43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02/02/2026 — segunda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08:23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INATIVO - NIVELAMENTO PV - HELIO · nº 351 · OS 263523817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NIVELAR POÇO DE INSPEÇÃO/VISITA → NIVELADO POÇO DE VISITA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equipe Altino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>posição PASSEIO ADJACENTE  |  início 02/02/2026 08:21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08:27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INATIVO - NIVELAMENTO PV - HELIO · nº 351 · OS 263523817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REPOR ASFALTO A FRIO → REPOSIÇÃO DE ASFALTO A FRIO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equipe Altino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02/02/2026 08:26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26/01/2026 — segunda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09:42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11" w:name="os_263523817"/>
            <w:bookmarkEnd w:id="111"/>
            <w:r>
              <w:rPr>
                <w:color w:val="5B6B81"/>
                <w:sz w:val="15"/>
              </w:rPr>
              <w:t>Solicitante: HERCULES · Iniciativa Administrativa · nº 351 · OS 263523817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263523817 aberta — NIVELAR POÇO DE INSPEÇÃO/VISITA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DOUTOR HOMEM DE MELO 351TSS NIVELAR PVOBS: DEMANDA CONVIAS SGZ CONTROLE TECNOLÓGICO, NIVELAR PV NO LOCAL DEMARCADO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14/01/2026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08:12</w:t>
            </w:r>
          </w:p>
        </w:tc>
        <w:tc>
          <w:tcPr>
            <w:tcW w:type="dxa" w:w="1474"/>
            <w:shd w:val="clear" w:color="auto" w:fill="c0392b"/>
          </w:tcPr>
          <w:p>
            <w:r>
              <w:rPr>
                <w:b/>
                <w:color w:val="FFFFFF"/>
                <w:sz w:val="15"/>
              </w:rPr>
              <w:t>GeoCall · não executada</w:t>
            </w:r>
          </w:p>
        </w:tc>
        <w:tc>
          <w:tcPr>
            <w:tcW w:type="dxa" w:w="7994"/>
            <w:shd w:val="clear" w:color="auto" w:fill="fdeceb"/>
          </w:tcPr>
          <w:p>
            <w:r>
              <w:rPr>
                <w:color w:val="5B6B81"/>
                <w:sz w:val="15"/>
              </w:rPr>
              <w:t>RICARDO HARTUNG NETO · nº 450 · OS 2681226171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VAZAMENTO DE ÁGUA NO PASSEIO → TRATA-SE DE OUTRO SERVIÇO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Trocar ramal de água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14/01/2026 08:02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08:53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ÁGUA - DJANTE · nº 450 · OS 2681226171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TROCAR RAMAL DE ÁGUA → TROCA DE RAMAL DE AGUA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14/01/2026 08:14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08:54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ÁGUA - DJANTE · nº 450 · OS 2681226171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PRESERVAR INTERFERENCIA → PRESERVAÇÃO DE INTERFERENCIA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14/01/2026 08:53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09:13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12" w:name="os_261691155"/>
            <w:bookmarkEnd w:id="112"/>
            <w:r>
              <w:rPr>
                <w:color w:val="5B6B81"/>
                <w:sz w:val="15"/>
              </w:rPr>
              <w:t>Solicitante: GABRIEL · Iniciativa Administrativa · nº 450 · OS 261691155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261691155 aberta — REPOR CONCRETO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REPOR CONCRETO DA OS 2681226171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13:43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DECRETO - LUCIANO · nº 450 · OS 261691155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REPOR CONCRETO → REPOSIÇÃO DE CONCRETO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>compr. (m) 3.0 · larg. (m) 1.5  |  início 14/01/2026 12:21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13/01/2026 — terça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15:21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13" w:name="os_2681226171"/>
            <w:bookmarkEnd w:id="113"/>
            <w:r>
              <w:rPr>
                <w:color w:val="5B6B81"/>
                <w:sz w:val="15"/>
              </w:rPr>
              <w:t>Solicitante: SIMONEA DE SOUSA OLIVEIRA · Iniciativa Cliente · nº 450 · OS 2681226171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2681226171 aberta — VAZAMENTO DE ÁGUA NO PASSEIO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Nome:Simonia Sousa Oliveira  // Celular: 11996953525 // Observação: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15:28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14" w:name="os_2681226830"/>
            <w:bookmarkEnd w:id="114"/>
            <w:r>
              <w:rPr>
                <w:color w:val="5B6B81"/>
                <w:sz w:val="15"/>
              </w:rPr>
              <w:t>Solicitante: SIMONEA DE SOUSA OLIVEIRA · Iniciativa Cliente · nº 450 · OS 2681226830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2681226830 aberta — DESOBSTRUIR RAMAL DE ESGOTO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Nome:Simonia Sousa Oliveira  // Celular:  11 [tel. omitido] // Observação: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18:02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VISTORIADOR 3 - RICARDO AUGUSTO · nº 450 · OS 2681226830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DESOBSTRUIR RAMAL DE ESGOTO → DESOBSTRUIDO RAMAL DE ESGOTO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 homem de Melo 450</w:t>
              <w:br/>
              <w:t xml:space="preserve">Executado uma DD </w:t>
              <w:br/>
              <w:t xml:space="preserve">E tem um vazamento de água limpa na reta do cavalete do cliente </w:t>
              <w:br/>
              <w:t>Servico acompanhado pelo sr Eduardo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13/01/2026 18:00</w:t>
            </w:r>
          </w:p>
        </w:tc>
      </w:tr>
    </w:tbl>
    <w:p>
      <w:hyperlink w:anchor="sumario">
        <w:r>
          <w:rPr>
            <w:color w:val="1D5FA8"/>
            <w:u w:val="single"/>
            <w:sz w:val="16"/>
          </w:rPr>
          <w:t xml:space="preserve">↑ voltar ao sumário</w:t>
        </w:r>
      </w:hyperlink>
    </w:p>
    <w:p>
      <w:r>
        <w:br w:type="page"/>
      </w:r>
    </w:p>
    <w:p>
      <w:bookmarkStart w:id="115" w:name="parte_SN"/>
      <w:pPr>
        <w:pStyle w:val="Heading1"/>
        <w:keepNext/>
      </w:pPr>
      <w:r>
        <w:rPr>
          <w:rFonts w:ascii="Arial" w:hAnsi="Arial"/>
          <w:color w:val="0A6338"/>
          <w:sz w:val="26"/>
        </w:rPr>
        <w:t>Anexo — rua citada sem número</w:t>
      </w:r>
      <w:bookmarkEnd w:id="115"/>
    </w:p>
    <w:p>
      <w:pPr>
        <w:pStyle w:val="Heading2"/>
        <w:keepNext/>
      </w:pPr>
      <w:r>
        <w:rPr>
          <w:rFonts w:ascii="Arial" w:hAnsi="Arial"/>
          <w:color w:val="0A6338"/>
          <w:sz w:val="21"/>
        </w:rPr>
        <w:t>Citações da rua sem número (2026)</w:t>
      </w:r>
    </w:p>
    <w:p>
      <w:pPr>
        <w:jc w:val="both"/>
      </w:pPr>
      <w:r>
        <w:rPr>
          <w:b/>
          <w:i w:val="0"/>
          <w:sz w:val="19"/>
        </w:rPr>
        <w:t>Mensagens e OS de 2026 que citam a Homem de Melo sem número, ou com nº 0 (esquina ou PV no leito). Ficam separadas, só como contexto.</w:t>
      </w:r>
    </w:p>
    <w:p>
      <w:pPr>
        <w:jc w:val="both"/>
      </w:pPr>
      <w:r>
        <w:rPr>
          <w:b/>
          <w:color w:val="1D5FA8"/>
          <w:sz w:val="17"/>
        </w:rPr>
        <w:t xml:space="preserve">[INFO] </w:t>
      </w:r>
      <w:r>
        <w:rPr>
          <w:sz w:val="19"/>
        </w:rPr>
        <w:t>OS 2639483271, NIVELAR PV na Homem de Melo × R. Ministro Godói, pedida pela Sabesp (Yago) em 02/10. Ficou na carteira de 03 a 08/10; PV nivelado em 05/10 e capa em 08/10.</w:t>
      </w:r>
    </w:p>
    <w:p>
      <w:pPr>
        <w:jc w:val="both"/>
      </w:pPr>
      <w:r>
        <w:rPr>
          <w:b/>
          <w:color w:val="1D5FA8"/>
          <w:sz w:val="17"/>
        </w:rPr>
        <w:t xml:space="preserve">[INFO] </w:t>
      </w:r>
      <w:r>
        <w:rPr>
          <w:sz w:val="19"/>
        </w:rPr>
        <w:t>OS 264068965: troca de válvula de rede de água (jan/2026).</w:t>
      </w:r>
    </w:p>
    <w:p>
      <w:pPr>
        <w:pStyle w:val="Heading2"/>
        <w:keepNext/>
      </w:pPr>
      <w:r>
        <w:rPr>
          <w:rFonts w:ascii="Arial" w:hAnsi="Arial"/>
          <w:color w:val="0A6338"/>
          <w:sz w:val="21"/>
        </w:rPr>
        <w:t>OS no GeoCall (2)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blHeader w:val="true"/>
        </w:trPr>
        <w:tc>
          <w:tcPr>
            <w:tcW w:type="dxa" w:w="1269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OS</w:t>
            </w:r>
          </w:p>
        </w:tc>
        <w:tc>
          <w:tcPr>
            <w:tcW w:type="dxa" w:w="552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Nº</w:t>
            </w:r>
          </w:p>
        </w:tc>
        <w:tc>
          <w:tcPr>
            <w:tcW w:type="dxa" w:w="1048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ABERTURA</w:t>
            </w:r>
          </w:p>
        </w:tc>
        <w:tc>
          <w:tcPr>
            <w:tcW w:type="dxa" w:w="1048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FIM</w:t>
            </w:r>
          </w:p>
        </w:tc>
        <w:tc>
          <w:tcPr>
            <w:tcW w:type="dxa" w:w="231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SERVIÇO</w:t>
            </w:r>
          </w:p>
        </w:tc>
        <w:tc>
          <w:tcPr>
            <w:tcW w:type="dxa" w:w="231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RESULTADO</w:t>
            </w:r>
          </w:p>
        </w:tc>
        <w:tc>
          <w:tcPr>
            <w:tcW w:type="dxa" w:w="1655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OBS.</w:t>
            </w:r>
          </w:p>
        </w:tc>
      </w:tr>
      <w:tr>
        <w:trPr>
          <w:cantSplit w:val="true"/>
        </w:trPr>
        <w:tc>
          <w:tcPr>
            <w:tcW w:type="dxa" w:w="1269"/>
          </w:tcPr>
          <w:p>
            <w:r>
              <w:rPr>
                <w:sz w:val="15"/>
              </w:rPr>
              <w:t>2639483271</w:t>
            </w:r>
          </w:p>
        </w:tc>
        <w:tc>
          <w:tcPr>
            <w:tcW w:type="dxa" w:w="552"/>
          </w:tcPr>
          <w:p>
            <w:r>
              <w:rPr>
                <w:sz w:val="15"/>
              </w:rPr>
              <w:t>—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02/10/2026</w:t>
            </w:r>
          </w:p>
        </w:tc>
        <w:tc>
          <w:tcPr>
            <w:tcW w:type="dxa" w:w="1048"/>
          </w:tcPr>
          <w:p>
            <w:r>
              <w:rPr>
                <w:sz w:val="15"/>
              </w:rPr>
              <w:t>08/10/2026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NIVELAR POÇO DE INSPEÇÃO/VISITA</w:t>
            </w:r>
          </w:p>
        </w:tc>
        <w:tc>
          <w:tcPr>
            <w:tcW w:type="dxa" w:w="2317"/>
          </w:tcPr>
          <w:p>
            <w:r>
              <w:rPr>
                <w:sz w:val="15"/>
              </w:rPr>
              <w:t>NIVELADO POÇO DE VISITA</w:t>
            </w:r>
          </w:p>
        </w:tc>
        <w:tc>
          <w:tcPr>
            <w:tcW w:type="dxa" w:w="1655"/>
          </w:tcPr>
          <w:p>
            <w:r>
              <w:rPr>
                <w:sz w:val="15"/>
              </w:rPr>
              <w:t xml:space="preserve"> · 3 etapas</w:t>
            </w:r>
          </w:p>
        </w:tc>
      </w:tr>
      <w:tr>
        <w:trPr>
          <w:cantSplit w:val="true"/>
        </w:trPr>
        <w:tc>
          <w:tcPr>
            <w:tcW w:type="dxa" w:w="1269"/>
            <w:shd w:val="clear" w:color="auto" w:fill="F6F8FB"/>
          </w:tcPr>
          <w:p>
            <w:r>
              <w:rPr>
                <w:sz w:val="15"/>
              </w:rPr>
              <w:t>264068965</w:t>
            </w:r>
          </w:p>
        </w:tc>
        <w:tc>
          <w:tcPr>
            <w:tcW w:type="dxa" w:w="552"/>
            <w:shd w:val="clear" w:color="auto" w:fill="F6F8FB"/>
          </w:tcPr>
          <w:p>
            <w:r>
              <w:rPr>
                <w:sz w:val="15"/>
              </w:rPr>
              <w:t>—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28/01/2026</w:t>
            </w:r>
          </w:p>
        </w:tc>
        <w:tc>
          <w:tcPr>
            <w:tcW w:type="dxa" w:w="1048"/>
            <w:shd w:val="clear" w:color="auto" w:fill="F6F8FB"/>
          </w:tcPr>
          <w:p>
            <w:r>
              <w:rPr>
                <w:sz w:val="15"/>
              </w:rPr>
              <w:t>30/01/2026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TROCAR VÁLVULA DE REDE DE ÁGUA</w:t>
            </w:r>
          </w:p>
        </w:tc>
        <w:tc>
          <w:tcPr>
            <w:tcW w:type="dxa" w:w="2317"/>
            <w:shd w:val="clear" w:color="auto" w:fill="F6F8FB"/>
          </w:tcPr>
          <w:p>
            <w:r>
              <w:rPr>
                <w:sz w:val="15"/>
              </w:rPr>
              <w:t>TROCA DE VALVULA DE REDE DE AGUA</w:t>
            </w:r>
          </w:p>
        </w:tc>
        <w:tc>
          <w:tcPr>
            <w:tcW w:type="dxa" w:w="1655"/>
            <w:shd w:val="clear" w:color="auto" w:fill="F6F8FB"/>
          </w:tcPr>
          <w:p>
            <w:r>
              <w:rPr>
                <w:sz w:val="15"/>
              </w:rPr>
              <w:t xml:space="preserve"> · 3 etapas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A6338"/>
          <w:sz w:val="21"/>
        </w:rPr>
        <w:t>Linha do tempo por dia — GeoCall + WhatsApp + carteira + fotos juntos (14 dias)</w:t>
      </w:r>
    </w:p>
    <w:p>
      <w:r>
        <w:rPr>
          <w:b/>
          <w:color w:val="1F8A4C"/>
          <w:sz w:val="15"/>
        </w:rPr>
        <w:t xml:space="preserve">  GeoCall · executada  </w:t>
      </w:r>
      <w:r>
        <w:rPr>
          <w:b/>
          <w:color w:val="C0392B"/>
          <w:sz w:val="15"/>
        </w:rPr>
        <w:t xml:space="preserve">  GeoCall · não executada  </w:t>
      </w:r>
      <w:r>
        <w:rPr>
          <w:b/>
          <w:color w:val="7CC49A"/>
          <w:sz w:val="15"/>
        </w:rPr>
        <w:t xml:space="preserve">  GeoCall · abertura  </w:t>
      </w:r>
      <w:r>
        <w:rPr>
          <w:b/>
          <w:color w:val="1D5FA8"/>
          <w:sz w:val="15"/>
        </w:rPr>
        <w:t xml:space="preserve">  WhatsApp  </w:t>
      </w:r>
      <w:r>
        <w:rPr>
          <w:b/>
          <w:color w:val="5B7BA6"/>
          <w:sz w:val="15"/>
        </w:rPr>
        <w:t xml:space="preserve">  Carteira  </w:t>
      </w:r>
      <w:r>
        <w:rPr>
          <w:b/>
          <w:color w:val="1F8A4C"/>
          <w:sz w:val="15"/>
        </w:rPr>
        <w:t xml:space="preserve">  ■ foto GeoCall  </w:t>
      </w:r>
      <w:r>
        <w:rPr>
          <w:b/>
          <w:color w:val="1D5FA8"/>
          <w:sz w:val="15"/>
        </w:rPr>
        <w:t xml:space="preserve">  ■ foto WhatsApp  </w:t>
      </w:r>
    </w:p>
    <w:p>
      <w:pPr>
        <w:pStyle w:val="Heading3"/>
        <w:keepNext/>
      </w:pPr>
      <w:r>
        <w:rPr>
          <w:rFonts w:ascii="Arial" w:hAnsi="Arial"/>
          <w:color w:val="0A6338"/>
          <w:sz w:val="21"/>
        </w:rPr>
        <w:t>08/10/2026 — quinta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03:17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FRESA - ST PATRICK 02 · OS 2639483271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REPOR CAPA ASFALTICA → REPOSIÇÃO DE CAPA ASFALTICA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>prof. (m) 1.0 · compr. (m) 3.0 · larg. (m) 2.2  |  início 08/10/2026 03:10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16 foto(s) na grade do dia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(16)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NIVELADO_POCO_DE_VISITA_geocall_01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NIVELADO_POCO_DE_VISITA_geocall_02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NIVELADO_POCO_DE_VISITA_geocall_03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NIVELADO_POCO_DE_VISITA_geocall_04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NIVELADO_POCO_DE_VISITA_geocall_05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NIVELADO_POCO_DE_VISITA_geocall_06.jp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NIVELADO_POCO_DE_VISITA_geocall_07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1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2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3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4.jp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5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6.jp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7.jp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8.jp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663" cy="144000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c_2639483271_REPOSICAO_DE_CAPA_ASFALTICA_geocall_09.jp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63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  <w:tc>
          <w:tcPr>
            <w:tcW w:type="dxa" w:w="2551"/>
            <w:shd w:val="clear" w:color="auto" w:fill="1f8a4c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GEOCALL 03:17 · FRESA - ST PATRICK 02 · OS 2639483271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05/10/2026 — segunda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07:54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GLOBAL ( CMNC II - JARDINS / ESGOTO) · DIVISÃO DE OPERAÇÃO E MANUTENÇÃO JARDINS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☝🏾</w:t>
              <w:br/>
              <w:t>@163513834172471</w:t>
              <w:br/>
              <w:br/>
              <w:t>Rua Homem de Melo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08:12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Manoel · CMNC_516 Ailton Ferreira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☝🏾</w:t>
              <w:br/>
              <w:t>@163513834172471</w:t>
              <w:br/>
              <w:br/>
              <w:t>Rua Homem de Melo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12:04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NIVELAMENTO DE PV - AUTIMIO · OS 2639483271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NIVELAR POÇO DE INSPEÇÃO/VISITA → NIVELADO POÇO DE VISITA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>posição EIXO  |  início 05/10/2026 11:27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12:07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NIVELAMENTO DE PV - AUTIMIO · OS 2639483271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REPOR ASFALTO A FRIO → REPOSIÇÃO DE ASFALTO A FRIO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05/10/2026 12:06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21:28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CMNC_516 Ailton Ferreira · OS 2637668105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[trecho da mensagem]</w:t>
              <w:br/>
              <w:t>Produção das equipes de esgoto</w:t>
              <w:br/>
              <w:br/>
              <w:t>Equipe Cícero</w:t>
              <w:br/>
              <w:t>Rua ouvidor peleja 996 serviço executado conserto de coletor</w:t>
              <w:br/>
              <w:br/>
              <w:t>Equipe Genival</w:t>
              <w:br/>
              <w:t>Rua Antônio de Mariz 130 ouvidoria serviço executado conserto de ramal de esgoto</w:t>
              <w:br/>
              <w:br/>
              <w:t>Equipe Gilmar</w:t>
              <w:br/>
              <w:t>1 Leopoldo Couto de Magalhães x João cachoeira equipe verificou o local e nada foi constatado prioridade Sabesp</w:t>
              <w:br/>
              <w:br/>
              <w:t>2 rua Leopoldo Couto Magalhães 845 serviço executado conserto curso de inspeção</w:t>
              <w:br/>
              <w:br/>
              <w:t>Rua homem de Melo x Rua 1 Monte Alegre prioridade Sabesp equipe foi até o local mas não conseguiu realizar o serviço devido de duas caçamba na direção da ligação</w:t>
              <w:br/>
              <w:br/>
              <w:t>2 Rua coronel Melo de Oliveira 1007 serviço executado ligação de esgoto</w:t>
              <w:br/>
              <w:br/>
              <w:t>Equipe Silvano</w:t>
              <w:br/>
              <w:t>Rua rubi 30 continua equipe iniciou o serviço mas não conseguiu terminar rede com 3,80 m de profundidade</w:t>
              <w:br/>
              <w:br/>
              <w:t>Equipe Adriano</w:t>
              <w:br/>
              <w:t>1 Rua Urânia 77 prioridade Sabesp equipe foi até o local mas tinha vários carros estacionado na rua não conseguimos localizar os donos</w:t>
              <w:br/>
              <w:br/>
              <w:t>2 Rua Herculano de Freitas 196 equipe foi até o local e tinha uma moto atrapalhando execução do serviço e logo após isso o motorista da equipe passou mal teve que ser levado para o hospital pressão alta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02/10/2026 — sexta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—</w:t>
            </w:r>
          </w:p>
        </w:tc>
        <w:tc>
          <w:tcPr>
            <w:tcW w:type="dxa" w:w="1474"/>
            <w:shd w:val="clear" w:color="auto" w:fill="5b7ba6"/>
          </w:tcPr>
          <w:p>
            <w:r>
              <w:rPr>
                <w:b/>
                <w:color w:val="FFFFFF"/>
                <w:sz w:val="15"/>
              </w:rPr>
              <w:t>Carteira</w:t>
            </w:r>
          </w:p>
        </w:tc>
        <w:tc>
          <w:tcPr>
            <w:tcW w:type="dxa" w:w="7994"/>
            <w:shd w:val="clear" w:color="auto" w:fill="eef2f7"/>
          </w:tcPr>
          <w:p>
            <w:r>
              <w:rPr>
                <w:color w:val="5B6B81"/>
                <w:sz w:val="15"/>
              </w:rPr>
              <w:t>Nivelamentos - NIVELAMENTO PV, Reposição · OS 2639483271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2639483271 na carteira pendente — NIVELAR POÇO DE INSPEÇÃO/VISITA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Vista na carteira de 03/10/2026 a 08/10/2026 (6 dia(s) de foto diária).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10:41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REPASSE JARDINS · Yago Andrede Fiscal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Dr Homem de Melo x Rua Ministro Godoi</w:t>
              <w:br/>
              <w:br/>
              <w:t>Abrir OS de nivelamento do PV.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10:45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16" w:name="os_2639483271"/>
            <w:bookmarkEnd w:id="116"/>
            <w:r>
              <w:rPr>
                <w:color w:val="5B6B81"/>
                <w:sz w:val="15"/>
              </w:rPr>
              <w:t>Solicitante: YAGO · Iniciativa Administrativa · OS 2639483271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2639483271 aberta — NIVELAR POÇO DE INSPEÇÃO/VISITA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DR HOMEM DE MELO X RUA MINISTRO GODOI ABRIR OS DE NIVELAMENTO DO PV.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27/09/2026 — domingo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16:29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Cmncll Artur · OS 2637212824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Boa tarde</w:t>
              <w:br/>
              <w:t>Geomar: fez uma troca de solo na doutor Siqueira Campos</w:t>
              <w:br/>
              <w:t>Um crê na democratas</w:t>
              <w:br/>
              <w:t>Um Cre na Paraguaçu</w:t>
              <w:br/>
              <w:br/>
              <w:t>Silvano: fez um TRE na av divino salvador</w:t>
              <w:br/>
              <w:br/>
              <w:t>Everton: fez 2 CCE na Manuel Guedes</w:t>
              <w:br/>
              <w:br/>
              <w:t>Manoel: fez uma ligação na rua homem de melo e começou um CCE na rua padre carvalho continua</w:t>
              <w:br/>
              <w:br/>
              <w:t>Adriano: fez 2 ligaçoes dimensionadas</w:t>
              <w:br/>
              <w:t>Na rua João cachoeira 1081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26/09/2026 — sábado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12:09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ENCARREGADOS JARDINS · Cmncll Artur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Manoel está na homem de melo fazendo uma ligação com 4m de profundidade.</w:t>
              <w:br/>
              <w:br/>
              <w:t>Silvano está na divino salvador, estamos com um concreto usinado de um.posto de gasolina, muito trabalho pra quebrar.</w:t>
              <w:br/>
              <w:br/>
              <w:t>Adriano está na João cachoeira esquina da Juscelino Kubitschek</w:t>
              <w:br/>
              <w:t>Dois ramais dimensionados no eixo</w:t>
              <w:br/>
              <w:br/>
              <w:t>Giomar terminou uma troca de solo na Siqueira Campos e vai pra sua democratas 991</w:t>
              <w:br/>
              <w:br/>
              <w:t>Everton já está na fase de escoramento no coletor da Manuel Guedes 135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21/09/2026 — segunda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07:21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Manoel · Cmncll Artur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Ligações feita pela rua homem de melo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14/09/2026 — segunda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07:13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CMNC_516 Ailton Ferreira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monte Alegre 711</w:t>
              <w:br/>
              <w:t>Duas ligações de esgoto pela Rua Dr Homem de Melo</w:t>
              <w:br/>
              <w:br/>
              <w:t>Equipe Ildemar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11/09/2026 — sexta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14:17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ÁGUA - JOSIEL · Ana Lúcia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Rua Pinto Gonçalves esquina com a Rua Dr. Homem de Melo</w:t>
              <w:br/>
              <w:t>Legendas das fotos: Esse tapume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1 foto(s) na grade do dia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(1)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1107152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None_67b36781889e.jp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1107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14:17 · Ana Lúcia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09/09/2026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07:57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Polo Esgoto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BOM DIA</w:t>
              <w:br/>
              <w:br/>
              <w:t>1° SERVIÇO</w:t>
              <w:br/>
              <w:t>2633412571</w:t>
              <w:tab/>
              <w:t xml:space="preserve"> RUA MONTE ALEGRE</w:t>
              <w:tab/>
              <w:t>711</w:t>
              <w:tab/>
              <w:tab/>
              <w:t>PERDIZES</w:t>
              <w:tab/>
              <w:t>20/08/2026 08:51</w:t>
              <w:tab/>
              <w:t>SUBSTITUIR LIG ESGOTO SIMPLES P/DIMENS</w:t>
              <w:br/>
              <w:br/>
              <w:t>2° SERVIÇO</w:t>
              <w:br/>
              <w:t>RUA DR. HOMEM DE MELO - LIG DE ESGOTO</w:t>
              <w:br/>
              <w:t>CONFIRMAR O.S E CHECK LIST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09:13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Polo Esgoto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(foto do mesmo autor junto do relato de 09/09 09:13)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Legendas das fotos: 693 RAMAL | RAMAL 711</w:t>
            </w:r>
          </w:p>
          <w:p>
            <w:pPr>
              <w:spacing w:after="20"/>
            </w:pPr>
            <w:r>
              <w:rPr>
                <w:b/>
                <w:color w:val="6B4FA0"/>
                <w:sz w:val="15"/>
              </w:rPr>
              <w:t>3 foto(s) na grade do dia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09:13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Polo Esgoto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Bom dia.</w:t>
              <w:br/>
              <w:br/>
              <w:t>Aqui são três ligações de esgoto, uma pela monte Alegre, e duas pela Homem de Melo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10:18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Polo Esgoto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@44487741075677</w:t>
              <w:br/>
              <w:t>A sinalização está pela R. Monte Alegre ou  R. Homem de Melo</w:t>
            </w:r>
          </w:p>
        </w:tc>
      </w:tr>
    </w:tbl>
    <w:p>
      <w:pPr>
        <w:keepNext/>
        <w:spacing w:before="80"/>
      </w:pPr>
      <w:r>
        <w:rPr>
          <w:b/>
          <w:color w:val="6B4FA0"/>
          <w:sz w:val="17"/>
        </w:rPr>
        <w:t>Fotos do dia — GeoCall + WhatsApp juntas (3)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56" w:type="dxa"/>
          <w:left w:w="56" w:type="dxa"/>
          <w:bottom w:w="56" w:type="dxa"/>
          <w:right w:w="56" w:type="dxa"/>
        </w:tblCellMar>
      </w:tblPr>
      <w:tblGrid>
        <w:gridCol w:w="2551"/>
        <w:gridCol w:w="2551"/>
        <w:gridCol w:w="2551"/>
        <w:gridCol w:w="2551"/>
      </w:tblGrid>
      <w:tr>
        <w:trPr>
          <w:cantSplit w:val="true"/>
        </w:trP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6200" cy="1440000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2633412571_b5644557878b.jp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2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928162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2633412571_7a8c66ba8b4a.jp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9281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76202" cy="928162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2633412571_79b95cf78ffd.jp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202" cy="9281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09:13 · Polo Esgoto · OS 2633412571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09:13 · Polo Esgoto · OS 2633412571</w:t>
            </w:r>
          </w:p>
        </w:tc>
        <w:tc>
          <w:tcPr>
            <w:tcW w:type="dxa" w:w="2551"/>
            <w:shd w:val="clear" w:color="auto" w:fill="1d5fa8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WHATSAPP 09:13 · Polo Esgoto · OS 2633412571</w:t>
            </w:r>
          </w:p>
        </w:tc>
        <w:tc>
          <w:tcPr>
            <w:tcW w:type="dxa" w:w="2551"/>
          </w:tcPr>
          <w:p/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08/09/2026 — terça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08:55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ESGOTO - ILDEMAR · Adeilto Coutinho · OS 2633412571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Bom dia.</w:t>
              <w:br/>
              <w:br/>
              <w:t>Aqui são três ligações de esgoto, uma pela monte Alegre, e duas pela Homem de Melo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17/08/2026 — segunda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08:07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ÁGUA - ERIBERTO · CMNC_532 - Eriberto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Foto no WhatsApp (foto do mesmo autor junto do relato de 17/08 08:07)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08:07</w:t>
            </w:r>
          </w:p>
        </w:tc>
        <w:tc>
          <w:tcPr>
            <w:tcW w:type="dxa" w:w="1474"/>
            <w:shd w:val="clear" w:color="auto" w:fill="1d5fa8"/>
          </w:tcPr>
          <w:p>
            <w:r>
              <w:rPr>
                <w:b/>
                <w:color w:val="FFFFFF"/>
                <w:sz w:val="15"/>
              </w:rPr>
              <w:t>WhatsApp</w:t>
            </w:r>
          </w:p>
        </w:tc>
        <w:tc>
          <w:tcPr>
            <w:tcW w:type="dxa" w:w="7994"/>
            <w:shd w:val="clear" w:color="auto" w:fill="e8f0fb"/>
          </w:tcPr>
          <w:p>
            <w:r>
              <w:rPr>
                <w:color w:val="5B6B81"/>
                <w:sz w:val="15"/>
              </w:rPr>
              <w:t>ÁGUA - ERIBERTO · CMNC_532 - Eriberto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Relato no WhatsApp (cita a rua sem número)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Homem de Melo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30/01/2026 — sexta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14:37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REPOSIÇÃO PISO - RAFAEL · OS 264068965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REPOR BLOQUETE → REPOSIÇÃO DE BLOQUETE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>compr. (m) 0.9 · larg. (m) 1.8  |  início 30/01/2026 13:37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29/01/2026 — quinta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10:05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MARIA CRISTINA SCALISA · OS 264068965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TROCAR VÁLVULA DE REDE DE ÁGUA → TROCA DE VALVULA DE REDE DE AGUA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>prof. (m) 1.0  |  início 29/01/2026 10:04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10:13</w:t>
            </w:r>
          </w:p>
        </w:tc>
        <w:tc>
          <w:tcPr>
            <w:tcW w:type="dxa" w:w="1474"/>
            <w:shd w:val="clear" w:color="auto" w:fill="1f8a4c"/>
          </w:tcPr>
          <w:p>
            <w:r>
              <w:rPr>
                <w:b/>
                <w:color w:val="FFFFFF"/>
                <w:sz w:val="15"/>
              </w:rPr>
              <w:t>GeoCall · executada</w:t>
            </w:r>
          </w:p>
        </w:tc>
        <w:tc>
          <w:tcPr>
            <w:tcW w:type="dxa" w:w="7994"/>
            <w:shd w:val="clear" w:color="auto" w:fill="eaf5ee"/>
          </w:tcPr>
          <w:p>
            <w:r>
              <w:rPr>
                <w:color w:val="5B6B81"/>
                <w:sz w:val="15"/>
              </w:rPr>
              <w:t>MARIA CRISTINA SCALISA · OS 264068965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PRESERVAR INTERFERENCIA → PRESERVAÇÃO DE INTERFERENCIA</w:t>
            </w:r>
          </w:p>
          <w:p>
            <w:pPr>
              <w:spacing w:after="20"/>
            </w:pPr>
            <w:r>
              <w:rPr>
                <w:b w:val="0"/>
                <w:color w:val="5B6B81"/>
                <w:sz w:val="15"/>
              </w:rPr>
              <w:t xml:space="preserve">  |  início 29/01/2026 10:12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A6338"/>
          <w:sz w:val="21"/>
        </w:rPr>
        <w:t>28/01/2026 — quarta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3402"/>
        <w:gridCol w:w="3402"/>
        <w:gridCol w:w="3402"/>
      </w:tblGrid>
      <w:tr>
        <w:tc>
          <w:tcPr>
            <w:tcW w:type="dxa" w:w="737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HORA</w:t>
            </w:r>
          </w:p>
        </w:tc>
        <w:tc>
          <w:tcPr>
            <w:tcW w:type="dxa" w:w="147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FONTE</w:t>
            </w:r>
          </w:p>
        </w:tc>
        <w:tc>
          <w:tcPr>
            <w:tcW w:type="dxa" w:w="7994"/>
            <w:shd w:val="clear" w:color="auto" w:fill="0A6338"/>
          </w:tcPr>
          <w:p>
            <w:r>
              <w:rPr>
                <w:b/>
                <w:color w:val="FFFFFF"/>
                <w:sz w:val="15"/>
              </w:rPr>
              <w:t>REGISTRO</w:t>
            </w:r>
          </w:p>
        </w:tc>
      </w:tr>
      <w:tr>
        <w:tc>
          <w:tcPr>
            <w:tcW w:type="dxa" w:w="737"/>
          </w:tcPr>
          <w:p>
            <w:r>
              <w:rPr>
                <w:b/>
                <w:sz w:val="17"/>
              </w:rPr>
              <w:t>17:07</w:t>
            </w:r>
          </w:p>
        </w:tc>
        <w:tc>
          <w:tcPr>
            <w:tcW w:type="dxa" w:w="1474"/>
            <w:shd w:val="clear" w:color="auto" w:fill="7cc49a"/>
          </w:tcPr>
          <w:p>
            <w:r>
              <w:rPr>
                <w:b/>
                <w:color w:val="FFFFFF"/>
                <w:sz w:val="15"/>
              </w:rPr>
              <w:t>GeoCall · abertura</w:t>
            </w:r>
          </w:p>
        </w:tc>
        <w:tc>
          <w:tcPr>
            <w:tcW w:type="dxa" w:w="7994"/>
            <w:shd w:val="clear" w:color="auto" w:fill="f3faf5"/>
          </w:tcPr>
          <w:p>
            <w:bookmarkStart w:id="117" w:name="os_264068965"/>
            <w:bookmarkEnd w:id="117"/>
            <w:r>
              <w:rPr>
                <w:color w:val="5B6B81"/>
                <w:sz w:val="15"/>
              </w:rPr>
              <w:t>Solicitante: GABRIEL · Iniciativa Administrativa · OS 264068965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OS 264068965 aberta — TROCAR VÁLVULA DE REDE DE ÁGUA</w:t>
            </w:r>
          </w:p>
          <w:p>
            <w:pPr>
              <w:spacing w:after="20"/>
            </w:pPr>
            <w:r>
              <w:rPr>
                <w:b w:val="0"/>
                <w:sz w:val="16"/>
              </w:rPr>
              <w:t>OBS: TROCAR VALVULA DE 100MM</w:t>
            </w:r>
          </w:p>
        </w:tc>
      </w:tr>
    </w:tbl>
    <w:p>
      <w:hyperlink w:anchor="sumario">
        <w:r>
          <w:rPr>
            <w:color w:val="1D5FA8"/>
            <w:u w:val="single"/>
            <w:sz w:val="16"/>
          </w:rPr>
          <w:t xml:space="preserve">↑ voltar ao sumário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2041" w:right="850" w:bottom="1020" w:left="85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103"/>
      <w:gridCol w:w="5103"/>
    </w:tblGrid>
    <w:tr>
      <w:tc>
        <w:tcPr>
          <w:tcW w:type="dxa" w:w="7961"/>
        </w:tcPr>
        <w:p>
          <w:r>
            <w:rPr>
              <w:color w:val="5B6B81"/>
              <w:sz w:val="15"/>
            </w:rPr>
            <w:t>FO-SEESMT 008 · Rev. 1 · Emitido em 09/10/2026 · Contrato 11152185/23</w:t>
          </w:r>
        </w:p>
      </w:tc>
      <w:tc>
        <w:tcPr>
          <w:tcW w:type="dxa" w:w="2245"/>
        </w:tcPr>
        <w:p>
          <w:pPr>
            <w:jc w:val="right"/>
          </w:pPr>
          <w:r>
            <w:rPr>
              <w:b/>
              <w:color w:val="0A6338"/>
              <w:sz w:val="16"/>
            </w:rPr>
            <w:t xml:space="preserve">Página </w:t>
          </w:r>
          <w:r>
            <w:rPr>
              <w:b/>
              <w:color w:val="0A6338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b/>
              <w:color w:val="0A6338"/>
              <w:sz w:val="16"/>
            </w:rPr>
            <w:t xml:space="preserve"> de </w:t>
          </w:r>
          <w:r>
            <w:rPr>
              <w:b/>
              <w:color w:val="0A6338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1440155</wp:posOffset>
          </wp:positionH>
          <wp:positionV relativeFrom="page">
            <wp:posOffset>3080351</wp:posOffset>
          </wp:positionV>
          <wp:extent cx="4680000" cy="4531428"/>
          <wp:effectExtent l="0" t="0" r="0" b="0"/>
          <wp:wrapNone/>
          <wp:docPr id="3" name="Picture 3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rca_dagua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680000" cy="4531429"/>
                  </a:xfrm>
                  <a:prstGeom prst="rect"/>
                </pic:spPr>
              </pic:pic>
            </a:graphicData>
          </a:graphic>
        </wp:anchor>
      </w:drawing>
    </w:r>
  </w:p>
  <w:tbl>
    <w:tblPr>
      <w:tblW w:type="auto" w:w="0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402"/>
      <w:gridCol w:w="3402"/>
      <w:gridCol w:w="3402"/>
    </w:tblGrid>
    <w:tr>
      <w:tc>
        <w:tcPr>
          <w:tcW w:type="dxa" w:w="1701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743607" cy="72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mn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3607" cy="72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31"/>
          <w:vAlign w:val="center"/>
        </w:tcPr>
        <w:p>
          <w:pPr>
            <w:jc w:val="center"/>
          </w:pPr>
          <w:r>
            <w:rPr>
              <w:b/>
              <w:color w:val="0F8A4C"/>
              <w:sz w:val="16"/>
            </w:rPr>
            <w:t>CONSÓRCIO CMNC II</w:t>
          </w:r>
        </w:p>
        <w:p>
          <w:pPr>
            <w:jc w:val="center"/>
          </w:pPr>
          <w:r>
            <w:rPr>
              <w:b/>
              <w:color w:val="0A6338"/>
              <w:sz w:val="25"/>
            </w:rPr>
            <w:t>DOSSIÊ DO ENDEREÇO</w:t>
          </w:r>
        </w:p>
        <w:p>
          <w:pPr>
            <w:jc w:val="center"/>
          </w:pPr>
          <w:r>
            <w:rPr>
              <w:color w:val="5B6B81"/>
              <w:sz w:val="16"/>
            </w:rPr>
            <w:t>Rua Doutor Homem De Melo, 400 — Perdizes · Jardins</w:t>
          </w:r>
        </w:p>
      </w:tc>
      <w:tc>
        <w:tcPr>
          <w:tcW w:type="dxa" w:w="1474"/>
          <w:vAlign w:val="center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40640" cy="61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sabesp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0640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0206"/>
    </w:tblGrid>
    <w:tr>
      <w:trPr>
        <w:trHeight w:val="68" w:hRule="exact"/>
      </w:trPr>
      <w:tc>
        <w:tcPr>
          <w:tcW w:type="dxa" w:w="10206"/>
          <w:shd w:val="clear" w:color="auto" w:fill="0A6338"/>
        </w:tcPr>
        <w:p>
          <w:pPr>
            <w:spacing w:after="0"/>
          </w:pPr>
          <w:r>
            <w:rPr>
              <w:sz w:val="2"/>
            </w:rPr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0F1B2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image" Target="media/image8.jpg"/><Relationship Id="rId16" Type="http://schemas.openxmlformats.org/officeDocument/2006/relationships/image" Target="media/image9.jpg"/><Relationship Id="rId17" Type="http://schemas.openxmlformats.org/officeDocument/2006/relationships/image" Target="media/image10.jpg"/><Relationship Id="rId18" Type="http://schemas.openxmlformats.org/officeDocument/2006/relationships/image" Target="media/image11.jpg"/><Relationship Id="rId19" Type="http://schemas.openxmlformats.org/officeDocument/2006/relationships/image" Target="media/image12.jpg"/><Relationship Id="rId20" Type="http://schemas.openxmlformats.org/officeDocument/2006/relationships/image" Target="media/image13.jpg"/><Relationship Id="rId21" Type="http://schemas.openxmlformats.org/officeDocument/2006/relationships/image" Target="media/image14.jpg"/><Relationship Id="rId22" Type="http://schemas.openxmlformats.org/officeDocument/2006/relationships/image" Target="media/image15.jpg"/><Relationship Id="rId23" Type="http://schemas.openxmlformats.org/officeDocument/2006/relationships/image" Target="media/image16.jpg"/><Relationship Id="rId24" Type="http://schemas.openxmlformats.org/officeDocument/2006/relationships/image" Target="media/image17.jpg"/><Relationship Id="rId25" Type="http://schemas.openxmlformats.org/officeDocument/2006/relationships/image" Target="media/image18.jpg"/><Relationship Id="rId26" Type="http://schemas.openxmlformats.org/officeDocument/2006/relationships/image" Target="media/image19.jpg"/><Relationship Id="rId27" Type="http://schemas.openxmlformats.org/officeDocument/2006/relationships/image" Target="media/image20.jpg"/><Relationship Id="rId28" Type="http://schemas.openxmlformats.org/officeDocument/2006/relationships/image" Target="media/image21.jpg"/><Relationship Id="rId29" Type="http://schemas.openxmlformats.org/officeDocument/2006/relationships/image" Target="media/image22.jpg"/><Relationship Id="rId30" Type="http://schemas.openxmlformats.org/officeDocument/2006/relationships/image" Target="media/image23.jpg"/><Relationship Id="rId31" Type="http://schemas.openxmlformats.org/officeDocument/2006/relationships/image" Target="media/image24.jpg"/><Relationship Id="rId32" Type="http://schemas.openxmlformats.org/officeDocument/2006/relationships/image" Target="media/image25.jpg"/><Relationship Id="rId33" Type="http://schemas.openxmlformats.org/officeDocument/2006/relationships/image" Target="media/image26.jpg"/><Relationship Id="rId34" Type="http://schemas.openxmlformats.org/officeDocument/2006/relationships/image" Target="media/image27.jpg"/><Relationship Id="rId35" Type="http://schemas.openxmlformats.org/officeDocument/2006/relationships/image" Target="media/image28.jpg"/><Relationship Id="rId36" Type="http://schemas.openxmlformats.org/officeDocument/2006/relationships/image" Target="media/image29.jpg"/><Relationship Id="rId37" Type="http://schemas.openxmlformats.org/officeDocument/2006/relationships/image" Target="media/image30.jpg"/><Relationship Id="rId38" Type="http://schemas.openxmlformats.org/officeDocument/2006/relationships/image" Target="media/image31.jpg"/><Relationship Id="rId39" Type="http://schemas.openxmlformats.org/officeDocument/2006/relationships/image" Target="media/image32.jpg"/><Relationship Id="rId40" Type="http://schemas.openxmlformats.org/officeDocument/2006/relationships/image" Target="media/image33.jpg"/><Relationship Id="rId41" Type="http://schemas.openxmlformats.org/officeDocument/2006/relationships/image" Target="media/image34.jpg"/><Relationship Id="rId42" Type="http://schemas.openxmlformats.org/officeDocument/2006/relationships/image" Target="media/image35.jpg"/><Relationship Id="rId43" Type="http://schemas.openxmlformats.org/officeDocument/2006/relationships/image" Target="media/image36.jpg"/><Relationship Id="rId44" Type="http://schemas.openxmlformats.org/officeDocument/2006/relationships/image" Target="media/image37.jpg"/><Relationship Id="rId45" Type="http://schemas.openxmlformats.org/officeDocument/2006/relationships/image" Target="media/image38.jpg"/><Relationship Id="rId46" Type="http://schemas.openxmlformats.org/officeDocument/2006/relationships/image" Target="media/image39.jpg"/><Relationship Id="rId47" Type="http://schemas.openxmlformats.org/officeDocument/2006/relationships/image" Target="media/image40.jpg"/><Relationship Id="rId48" Type="http://schemas.openxmlformats.org/officeDocument/2006/relationships/image" Target="media/image41.jpg"/><Relationship Id="rId49" Type="http://schemas.openxmlformats.org/officeDocument/2006/relationships/image" Target="media/image42.jpg"/><Relationship Id="rId50" Type="http://schemas.openxmlformats.org/officeDocument/2006/relationships/image" Target="media/image43.jpg"/><Relationship Id="rId51" Type="http://schemas.openxmlformats.org/officeDocument/2006/relationships/image" Target="media/image44.jpg"/><Relationship Id="rId52" Type="http://schemas.openxmlformats.org/officeDocument/2006/relationships/image" Target="media/image45.jpg"/><Relationship Id="rId53" Type="http://schemas.openxmlformats.org/officeDocument/2006/relationships/image" Target="media/image46.jpg"/><Relationship Id="rId54" Type="http://schemas.openxmlformats.org/officeDocument/2006/relationships/image" Target="media/image47.jpg"/><Relationship Id="rId55" Type="http://schemas.openxmlformats.org/officeDocument/2006/relationships/image" Target="media/image48.jpg"/><Relationship Id="rId56" Type="http://schemas.openxmlformats.org/officeDocument/2006/relationships/image" Target="media/image49.jpg"/><Relationship Id="rId57" Type="http://schemas.openxmlformats.org/officeDocument/2006/relationships/image" Target="media/image50.jpg"/><Relationship Id="rId58" Type="http://schemas.openxmlformats.org/officeDocument/2006/relationships/image" Target="media/image51.jpg"/><Relationship Id="rId59" Type="http://schemas.openxmlformats.org/officeDocument/2006/relationships/image" Target="media/image52.jpg"/><Relationship Id="rId60" Type="http://schemas.openxmlformats.org/officeDocument/2006/relationships/image" Target="media/image53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